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4B2BA8"/>
          <w:sz w:val="48"/>
          <w:rtl/>
          <w:szCs w:val="48"/>
          <w:bCs/>
        </w:rPr>
        <w:t>משחקי טקסט ומשימות – גרסת נייר</w:t>
      </w:r>
    </w:p>
    <w:p>
      <w:pPr>
        <w:bidi/>
        <w:jc w:val="center"/>
      </w:pPr>
      <w:r>
        <w:rPr>
          <w:rFonts w:ascii="Arial" w:hAnsi="Arial" w:cs="Arial"/>
          <w:color w:val="555577"/>
          <w:sz w:val="28"/>
          <w:rtl/>
          <w:szCs w:val="28"/>
        </w:rPr>
        <w:t>🌍 גלובליזציה – כפר עולמי · יסודי – רגיל · חוברת תלמיד</w:t>
      </w:r>
    </w:p>
    <w:p>
      <w:pPr>
        <w:bidi/>
        <w:jc w:val="right"/>
      </w:pPr>
      <w:r>
        <w:rPr>
          <w:rFonts w:ascii="Arial" w:hAnsi="Arial" w:cs="Arial"/>
          <w:sz w:val="28"/>
          <w:rtl/>
          <w:szCs w:val="28"/>
        </w:rPr>
        <w:t>בחוברת: בלש הטקסט · צופן סודי · דרכון תחנות · מיון וציר זמן · נחשו ובדקו · יוצא דופן · משחקי סיום</w:t>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4B2BA8"/>
          <w:sz w:val="40"/>
          <w:rtl/>
          <w:szCs w:val="40"/>
          <w:bCs/>
        </w:rPr>
        <w:t>חלק א׳ – 🕵️ 🕵️ תַּעֲלוּמַת הָאֻכְמָנִיּוֹת</w:t>
      </w:r>
    </w:p>
    <w:p>
      <w:pPr>
        <w:bidi/>
        <w:jc w:val="right"/>
      </w:pPr>
      <w:r>
        <w:rPr>
          <w:rFonts w:ascii="Arial" w:hAnsi="Arial" w:cs="Arial"/>
          <w:color w:val="555577"/>
          <w:sz w:val="28"/>
          <w:rtl/>
          <w:szCs w:val="28"/>
        </w:rPr>
        <w:t>התיק: מִי הֵבִיא אֶת הָאֻכְמָנִיּוֹת הַטְּרִיּוֹת מִדְּרוֹם אֲמֶרִיקָה? קראו את הטקסט, ענו על שאלות הרמזים, וסמנו ✖ על כל חשוד/ה שנשלל/ה.</w:t>
      </w:r>
    </w:p>
    <w:p>
      <w:pPr>
        <w:bidi/>
        <w:jc w:val="right"/>
      </w:pPr>
      <w:r>
        <w:rPr>
          <w:rFonts w:ascii="Arial" w:hAnsi="Arial" w:cs="Arial"/>
          <w:b/>
          <w:color w:val="6A3FD4"/>
          <w:sz w:val="26"/>
          <w:rtl/>
          <w:szCs w:val="26"/>
          <w:bCs/>
        </w:rPr>
        <w:t>▌ הטקסט</w:t>
      </w:r>
    </w:p>
    <w:p>
      <w:pPr>
        <w:bidi/>
        <w:jc w:val="right"/>
      </w:pPr>
      <w:r>
        <w:rPr>
          <w:rFonts w:ascii="Arial" w:hAnsi="Arial" w:cs="Arial"/>
          <w:sz w:val="28"/>
          <w:rtl/>
          <w:szCs w:val="28"/>
        </w:rPr>
        <w:t>בְּיוֹם חֹרֶף קַר נִכְנְסָה הַמּוֹרָה לַכִּתָּה עִם קֻפְסָה שֶׁל אֻכְמָנִיּוֹת טְרִיּוֹת. "קָנִיתִי אוֹתָן אֶתְמוֹל בָּעֶרֶב," הִיא סִפְּרָה. עַל הַקֻּפְסָה הָיְתָה מַדְבֵּקָה: "גְּדֵלוֹת בִּדְרוֹם אֲמֶרִיקָה הָרְחוֹקָה". שִׁירָה רָצָה אֶל מַפַּת הָעוֹלָם שֶׁעַל הַקִּיר. "בֵּינֵינוּ לְבֵין דְּרוֹם אֲמֶרִיקָה יֵשׁ אוֹקְיָנוֹס עֲנָקִי!" קָרְאָה. הַמּוֹרָה הִסְבִּירָה שֶׁאֻכְמָנִיּוֹת הֵן פְּרִי עָדִין: אַחֲרֵי יָמִים סְפוּרִים הֵן מִתְקַלְקְלוֹת. "בַּחֲוָה קָטְפוּ אוֹתָן לִפְנֵי יוֹמַיִם בִּלְבַד," הוֹסִיפָה. עִידוֹ חָשַׁב בְּקוֹל: "אֳנִיַּת מְכוֹלוֹת חוֹצָה אֶת הָאוֹקְיָנוֹס בְּכַמָּה שָׁבוּעוֹת. מַשָּׂאִית וְרַכֶּבֶת נוֹסְעוֹת רַק עַל הַיַּבָּשָׁה." "אָז מִי הֵבִיא אוֹתָן כָּל כָּךְ מַהֵר?" שָׁאֲלָה נוֹגָה. הַמּוֹרָה חִיְּכָה: "זֶה הַתַּפְקִיד שֶׁלָּכֶם, בַּלָּשִׁים וּבַלָּשִׁיּוֹת!"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6"/>
                <w:rtl/>
                <w:szCs w:val="26"/>
                <w:bCs/>
              </w:rPr>
            </w:r>
          </w:p>
        </w:tc>
        <w:tc>
          <w:tcPr>
            <w:tcW w:type="dxa" w:w="2606"/>
            <w:shd w:val="clear" w:fill="E5DBFF"/>
          </w:tcPr>
          <w:p>
            <w:pPr>
              <w:bidi/>
              <w:jc w:val="right"/>
            </w:pPr>
            <w:r>
              <w:rPr>
                <w:rFonts w:ascii="Arial" w:hAnsi="Arial" w:cs="Arial"/>
                <w:b/>
                <w:sz w:val="26"/>
                <w:rtl/>
                <w:szCs w:val="26"/>
                <w:bCs/>
              </w:rPr>
              <w:t>החשוד/ה</w:t>
            </w:r>
          </w:p>
        </w:tc>
        <w:tc>
          <w:tcPr>
            <w:tcW w:type="dxa" w:w="2606"/>
            <w:shd w:val="clear" w:fill="E5DBFF"/>
          </w:tcPr>
          <w:p>
            <w:pPr>
              <w:bidi/>
              <w:jc w:val="right"/>
            </w:pPr>
            <w:r>
              <w:rPr>
                <w:rFonts w:ascii="Arial" w:hAnsi="Arial" w:cs="Arial"/>
                <w:b/>
                <w:sz w:val="26"/>
                <w:rtl/>
                <w:szCs w:val="26"/>
                <w:bCs/>
              </w:rPr>
              <w:t>תיאור</w:t>
            </w:r>
          </w:p>
        </w:tc>
        <w:tc>
          <w:tcPr>
            <w:tcW w:type="dxa" w:w="2606"/>
            <w:shd w:val="clear" w:fill="E5DBFF"/>
          </w:tcPr>
          <w:p>
            <w:pPr>
              <w:bidi/>
              <w:jc w:val="right"/>
            </w:pPr>
            <w:r>
              <w:rPr>
                <w:rFonts w:ascii="Arial" w:hAnsi="Arial" w:cs="Arial"/>
                <w:b/>
                <w:sz w:val="26"/>
                <w:rtl/>
                <w:szCs w:val="26"/>
                <w:bCs/>
              </w:rPr>
              <w:t>נשלל/ה? ✖</w:t>
            </w:r>
          </w:p>
        </w:tc>
      </w:tr>
      <w:tr>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אֳנִיַּת מְכוֹלוֹת</w:t>
            </w:r>
          </w:p>
        </w:tc>
        <w:tc>
          <w:tcPr>
            <w:tcW w:type="dxa" w:w="2606"/>
          </w:tcPr>
          <w:p>
            <w:pPr>
              <w:bidi/>
              <w:jc w:val="right"/>
            </w:pPr>
            <w:r>
              <w:rPr>
                <w:rFonts w:ascii="Arial" w:hAnsi="Arial" w:cs="Arial"/>
                <w:sz w:val="26"/>
                <w:rtl/>
                <w:szCs w:val="26"/>
              </w:rPr>
              <w:t>גְּדוֹלָה, חֲזָקָה וְסוֹחֶבֶת אַלְפֵי מְכוֹלוֹת.</w:t>
            </w:r>
          </w:p>
        </w:tc>
        <w:tc>
          <w:tcPr>
            <w:tcW w:type="dxa" w:w="2606"/>
          </w:tcPr>
          <w:p>
            <w:pPr>
              <w:bidi/>
              <w:jc w:val="right"/>
            </w:pPr>
            <w:r>
              <w:rPr>
                <w:rFonts w:ascii="Arial" w:hAnsi="Arial" w:cs="Arial"/>
                <w:sz w:val="26"/>
                <w:rtl/>
                <w:szCs w:val="26"/>
              </w:rPr>
              <w:t>☐</w:t>
            </w:r>
          </w:p>
        </w:tc>
      </w:tr>
      <w:tr>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מְטוֹס מִטְעָן</w:t>
            </w:r>
          </w:p>
        </w:tc>
        <w:tc>
          <w:tcPr>
            <w:tcW w:type="dxa" w:w="2606"/>
          </w:tcPr>
          <w:p>
            <w:pPr>
              <w:bidi/>
              <w:jc w:val="right"/>
            </w:pPr>
            <w:r>
              <w:rPr>
                <w:rFonts w:ascii="Arial" w:hAnsi="Arial" w:cs="Arial"/>
                <w:sz w:val="26"/>
                <w:rtl/>
                <w:szCs w:val="26"/>
              </w:rPr>
              <w:t>טָס גָּבוֹהַּ מֵעַל הַיַּמִּים וְהַיַּבָּשׁוֹת.</w:t>
            </w:r>
          </w:p>
        </w:tc>
        <w:tc>
          <w:tcPr>
            <w:tcW w:type="dxa" w:w="2606"/>
          </w:tcPr>
          <w:p>
            <w:pPr>
              <w:bidi/>
              <w:jc w:val="right"/>
            </w:pPr>
            <w:r>
              <w:rPr>
                <w:rFonts w:ascii="Arial" w:hAnsi="Arial" w:cs="Arial"/>
                <w:sz w:val="26"/>
                <w:rtl/>
                <w:szCs w:val="26"/>
              </w:rPr>
              <w:t>☐</w:t>
            </w:r>
          </w:p>
        </w:tc>
      </w:tr>
      <w:tr>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מַשָּׂאִית</w:t>
            </w:r>
          </w:p>
        </w:tc>
        <w:tc>
          <w:tcPr>
            <w:tcW w:type="dxa" w:w="2606"/>
          </w:tcPr>
          <w:p>
            <w:pPr>
              <w:bidi/>
              <w:jc w:val="right"/>
            </w:pPr>
            <w:r>
              <w:rPr>
                <w:rFonts w:ascii="Arial" w:hAnsi="Arial" w:cs="Arial"/>
                <w:sz w:val="26"/>
                <w:rtl/>
                <w:szCs w:val="26"/>
              </w:rPr>
              <w:t>מַגִּיעָה עַד דֶּלֶת הַחֲנוּת.</w:t>
            </w:r>
          </w:p>
        </w:tc>
        <w:tc>
          <w:tcPr>
            <w:tcW w:type="dxa" w:w="2606"/>
          </w:tcPr>
          <w:p>
            <w:pPr>
              <w:bidi/>
              <w:jc w:val="right"/>
            </w:pPr>
            <w:r>
              <w:rPr>
                <w:rFonts w:ascii="Arial" w:hAnsi="Arial" w:cs="Arial"/>
                <w:sz w:val="26"/>
                <w:rtl/>
                <w:szCs w:val="26"/>
              </w:rPr>
              <w:t>☐</w:t>
            </w:r>
          </w:p>
        </w:tc>
      </w:tr>
      <w:tr>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רַכֶּבֶת מַשָּׂא</w:t>
            </w:r>
          </w:p>
        </w:tc>
        <w:tc>
          <w:tcPr>
            <w:tcW w:type="dxa" w:w="2606"/>
          </w:tcPr>
          <w:p>
            <w:pPr>
              <w:bidi/>
              <w:jc w:val="right"/>
            </w:pPr>
            <w:r>
              <w:rPr>
                <w:rFonts w:ascii="Arial" w:hAnsi="Arial" w:cs="Arial"/>
                <w:sz w:val="26"/>
                <w:rtl/>
                <w:szCs w:val="26"/>
              </w:rPr>
              <w:t>מוֹשֶׁכֶת קְרוֹנוֹת אֲרֻכִּים עַל פַּסִּים.</w:t>
            </w:r>
          </w:p>
        </w:tc>
        <w:tc>
          <w:tcPr>
            <w:tcW w:type="dxa" w:w="2606"/>
          </w:tcPr>
          <w:p>
            <w:pPr>
              <w:bidi/>
              <w:jc w:val="right"/>
            </w:pPr>
            <w:r>
              <w:rPr>
                <w:rFonts w:ascii="Arial" w:hAnsi="Arial" w:cs="Arial"/>
                <w:sz w:val="26"/>
                <w:rtl/>
                <w:szCs w:val="26"/>
              </w:rPr>
              <w:t>☐</w:t>
            </w:r>
          </w:p>
        </w:tc>
      </w:tr>
    </w:tbl>
    <w:p>
      <w:pPr>
        <w:bidi/>
        <w:jc w:val="right"/>
      </w:pPr>
    </w:p>
    <w:p>
      <w:pPr>
        <w:bidi/>
        <w:jc w:val="right"/>
      </w:pPr>
      <w:r>
        <w:rPr>
          <w:rFonts w:ascii="Arial" w:hAnsi="Arial" w:cs="Arial"/>
          <w:b/>
          <w:sz w:val="28"/>
          <w:rtl/>
          <w:szCs w:val="28"/>
          <w:bCs/>
        </w:rPr>
        <w:t>1. מָה מַפְרִיד בֵּינֵינוּ לְבֵין דְּרוֹם אֲמֶרִיקָה?</w:t>
      </w:r>
    </w:p>
    <w:p>
      <w:pPr>
        <w:bidi/>
        <w:jc w:val="right"/>
      </w:pPr>
      <w:r>
        <w:rPr>
          <w:rFonts w:ascii="Arial" w:hAnsi="Arial" w:cs="Arial"/>
          <w:sz w:val="28"/>
          <w:rtl/>
          <w:szCs w:val="28"/>
        </w:rPr>
        <w:t xml:space="preserve">   ◯ א. הַר גָּבוֹהַּ</w:t>
      </w:r>
    </w:p>
    <w:p>
      <w:pPr>
        <w:bidi/>
        <w:jc w:val="right"/>
      </w:pPr>
      <w:r>
        <w:rPr>
          <w:rFonts w:ascii="Arial" w:hAnsi="Arial" w:cs="Arial"/>
          <w:sz w:val="28"/>
          <w:rtl/>
          <w:szCs w:val="28"/>
        </w:rPr>
        <w:t xml:space="preserve">   ◯ ב. מִדְבָּר רָחָב</w:t>
      </w:r>
    </w:p>
    <w:p>
      <w:pPr>
        <w:bidi/>
        <w:jc w:val="right"/>
      </w:pPr>
      <w:r>
        <w:rPr>
          <w:rFonts w:ascii="Arial" w:hAnsi="Arial" w:cs="Arial"/>
          <w:sz w:val="28"/>
          <w:rtl/>
          <w:szCs w:val="28"/>
        </w:rPr>
        <w:t xml:space="preserve">   ◯ ג. אוֹקְיָנוֹס עֲנָקִי</w:t>
      </w:r>
    </w:p>
    <w:p>
      <w:pPr>
        <w:bidi/>
        <w:jc w:val="right"/>
      </w:pPr>
      <w:r>
        <w:rPr>
          <w:rFonts w:ascii="Arial" w:hAnsi="Arial" w:cs="Arial"/>
          <w:sz w:val="28"/>
          <w:rtl/>
          <w:szCs w:val="28"/>
        </w:rPr>
        <w:t xml:space="preserve">   ◯ ד. נָהָר צַר</w:t>
      </w:r>
    </w:p>
    <w:p>
      <w:pPr>
        <w:bidi/>
        <w:jc w:val="right"/>
      </w:pPr>
      <w:r>
        <w:rPr>
          <w:rFonts w:ascii="Arial" w:hAnsi="Arial" w:cs="Arial"/>
          <w:b/>
          <w:sz w:val="28"/>
          <w:rtl/>
          <w:szCs w:val="28"/>
          <w:bCs/>
        </w:rPr>
        <w:t>2. לָמָּה גַּם רַכֶּבֶת הַמַּשָּׂא לֹא יְכוֹלָה לִהְיוֹת הָאַשֶּׁמֶת?</w:t>
      </w:r>
    </w:p>
    <w:p>
      <w:pPr>
        <w:bidi/>
        <w:jc w:val="right"/>
      </w:pPr>
      <w:r>
        <w:rPr>
          <w:rFonts w:ascii="Arial" w:hAnsi="Arial" w:cs="Arial"/>
          <w:sz w:val="28"/>
          <w:rtl/>
          <w:szCs w:val="28"/>
        </w:rPr>
        <w:t xml:space="preserve">   ◯ א. הִיא נוֹסַעַת רַק עַל הַיַּבָּשָׁה</w:t>
      </w:r>
    </w:p>
    <w:p>
      <w:pPr>
        <w:bidi/>
        <w:jc w:val="right"/>
      </w:pPr>
      <w:r>
        <w:rPr>
          <w:rFonts w:ascii="Arial" w:hAnsi="Arial" w:cs="Arial"/>
          <w:sz w:val="28"/>
          <w:rtl/>
          <w:szCs w:val="28"/>
        </w:rPr>
        <w:t xml:space="preserve">   ◯ ב. הִיא קְטַנָּה מִדַּי</w:t>
      </w:r>
    </w:p>
    <w:p>
      <w:pPr>
        <w:bidi/>
        <w:jc w:val="right"/>
      </w:pPr>
      <w:r>
        <w:rPr>
          <w:rFonts w:ascii="Arial" w:hAnsi="Arial" w:cs="Arial"/>
          <w:sz w:val="28"/>
          <w:rtl/>
          <w:szCs w:val="28"/>
        </w:rPr>
        <w:t xml:space="preserve">   ◯ ג. הִיא נוֹסַעַת רַק בַּלַּיְלָה</w:t>
      </w:r>
    </w:p>
    <w:p>
      <w:pPr>
        <w:bidi/>
        <w:jc w:val="right"/>
      </w:pPr>
      <w:r>
        <w:rPr>
          <w:rFonts w:ascii="Arial" w:hAnsi="Arial" w:cs="Arial"/>
          <w:sz w:val="28"/>
          <w:rtl/>
          <w:szCs w:val="28"/>
        </w:rPr>
        <w:t xml:space="preserve">   ◯ ד. הִיא לֹא אוֹהֶבֶת פֵּרוֹת</w:t>
      </w:r>
    </w:p>
    <w:p>
      <w:pPr>
        <w:bidi/>
        <w:jc w:val="right"/>
      </w:pPr>
      <w:r>
        <w:rPr>
          <w:rFonts w:ascii="Arial" w:hAnsi="Arial" w:cs="Arial"/>
          <w:b/>
          <w:sz w:val="28"/>
          <w:rtl/>
          <w:szCs w:val="28"/>
          <w:bCs/>
        </w:rPr>
        <w:t>3. מָתַי קָטְפוּ אֶת הָאֻכְמָנִיּוֹת בַּחֲוָה?</w:t>
      </w:r>
    </w:p>
    <w:p>
      <w:pPr>
        <w:bidi/>
        <w:jc w:val="right"/>
      </w:pPr>
      <w:r>
        <w:rPr>
          <w:rFonts w:ascii="Arial" w:hAnsi="Arial" w:cs="Arial"/>
          <w:sz w:val="28"/>
          <w:rtl/>
          <w:szCs w:val="28"/>
        </w:rPr>
        <w:t xml:space="preserve">   ◯ א. לִפְנֵי חֹדֶשׁ</w:t>
      </w:r>
    </w:p>
    <w:p>
      <w:pPr>
        <w:bidi/>
        <w:jc w:val="right"/>
      </w:pPr>
      <w:r>
        <w:rPr>
          <w:rFonts w:ascii="Arial" w:hAnsi="Arial" w:cs="Arial"/>
          <w:sz w:val="28"/>
          <w:rtl/>
          <w:szCs w:val="28"/>
        </w:rPr>
        <w:t xml:space="preserve">   ◯ ב. לִפְנֵי שָׁבוּעַ</w:t>
      </w:r>
    </w:p>
    <w:p>
      <w:pPr>
        <w:bidi/>
        <w:jc w:val="right"/>
      </w:pPr>
      <w:r>
        <w:rPr>
          <w:rFonts w:ascii="Arial" w:hAnsi="Arial" w:cs="Arial"/>
          <w:sz w:val="28"/>
          <w:rtl/>
          <w:szCs w:val="28"/>
        </w:rPr>
        <w:t xml:space="preserve">   ◯ ג. לִפְנֵי שָׁנָה</w:t>
      </w:r>
    </w:p>
    <w:p>
      <w:pPr>
        <w:bidi/>
        <w:jc w:val="right"/>
      </w:pPr>
      <w:r>
        <w:rPr>
          <w:rFonts w:ascii="Arial" w:hAnsi="Arial" w:cs="Arial"/>
          <w:sz w:val="28"/>
          <w:rtl/>
          <w:szCs w:val="28"/>
        </w:rPr>
        <w:t xml:space="preserve">   ◯ ד. לִפְנֵי יוֹמַיִם</w:t>
      </w:r>
    </w:p>
    <w:p>
      <w:pPr>
        <w:bidi/>
        <w:jc w:val="right"/>
      </w:pPr>
      <w:r>
        <w:rPr>
          <w:rFonts w:ascii="Arial" w:hAnsi="Arial" w:cs="Arial"/>
          <w:sz w:val="28"/>
          <w:rtl/>
          <w:szCs w:val="28"/>
        </w:rPr>
        <w:t>האשם/ה הוא/היא: ______________________ . הוכחה מהטקסט:</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pStyle w:val="Heading2"/>
        <w:jc w:val="right"/>
      </w:pPr>
      <w:r>
        <w:rPr>
          <w:rFonts w:ascii="Arial" w:hAnsi="Arial" w:cs="Arial"/>
          <w:b/>
          <w:color w:val="6A3FD4"/>
          <w:sz w:val="32"/>
          <w:rtl/>
          <w:szCs w:val="32"/>
          <w:bCs/>
        </w:rPr>
        <w:t>🗝️ 🔐 הַכְּפָר הָעוֹלָמִי</w:t>
      </w:r>
    </w:p>
    <w:p>
      <w:pPr>
        <w:bidi/>
        <w:jc w:val="right"/>
      </w:pPr>
      <w:r>
        <w:rPr>
          <w:rFonts w:ascii="Arial" w:hAnsi="Arial" w:cs="Arial"/>
          <w:b/>
          <w:color w:val="6A3FD4"/>
          <w:sz w:val="26"/>
          <w:rtl/>
          <w:szCs w:val="26"/>
          <w:bCs/>
        </w:rPr>
        <w:t>▌ הקטע</w:t>
      </w:r>
    </w:p>
    <w:p>
      <w:pPr>
        <w:bidi/>
        <w:jc w:val="right"/>
      </w:pPr>
      <w:r>
        <w:rPr>
          <w:rFonts w:ascii="Arial" w:hAnsi="Arial" w:cs="Arial"/>
          <w:sz w:val="28"/>
          <w:rtl/>
          <w:szCs w:val="28"/>
        </w:rPr>
        <w:t>הָעוֹלָם שֶׁלָּנוּ נַעֲשָׂה "קָטָן". לֹא בֶּאֱמֶת קָטָן, אֲבָל קַל מְאוֹד לְהִתְחַבֵּר. בַּבֹּקֶר אֲנַחְנוּ מְדַבְּרִים בְּשִׂיחַת וִידֵאוֹ עִם יְלָדִים בְּיַבֶּשֶׁת אַחֶרֶת. בַּצָּהֳרַיִם אֲנַחְנוּ אוֹכְלִים אֹרֶז שֶׁגָּדַל רָחוֹק מְאוֹד. הָאֹרֶז הִגִּיעַ בְּתוֹךְ מְכוֹלָה גְּדוֹלָה, עַל אֳנִיָּה שֶׁעָגְנָה בַּנָּמָל. מְדִינוֹת קוֹנוֹת וּמוֹכְרוֹת זוֹ לְזוֹ – זֶה נִקְרָא סַחַר. בִּגְלַל כָּל הַקְּשָׁרִים הָאֵלֶּה אוֹמְרִים שֶׁהָעוֹלָם הוּא "כְּפָר עוֹלָמִי": כְּמוֹ כְּפָר קָטָן, שֶׁכֻּלָּם בּוֹ מַכִּירִים זֶה אֶת זֶה וְעוֹזְרִים זֶה לָזֶה.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6"/>
                <w:rtl/>
                <w:szCs w:val="26"/>
                <w:bCs/>
              </w:rPr>
              <w:t>#</w:t>
            </w:r>
          </w:p>
        </w:tc>
        <w:tc>
          <w:tcPr>
            <w:tcW w:type="dxa" w:w="2606"/>
            <w:shd w:val="clear" w:fill="E5DBFF"/>
          </w:tcPr>
          <w:p>
            <w:pPr>
              <w:bidi/>
              <w:jc w:val="right"/>
            </w:pPr>
            <w:r>
              <w:rPr>
                <w:rFonts w:ascii="Arial" w:hAnsi="Arial" w:cs="Arial"/>
                <w:b/>
                <w:sz w:val="26"/>
                <w:rtl/>
                <w:szCs w:val="26"/>
                <w:bCs/>
              </w:rPr>
              <w:t>הצופן</w:t>
            </w:r>
          </w:p>
        </w:tc>
        <w:tc>
          <w:tcPr>
            <w:tcW w:type="dxa" w:w="2606"/>
            <w:shd w:val="clear" w:fill="E5DBFF"/>
          </w:tcPr>
          <w:p>
            <w:pPr>
              <w:bidi/>
              <w:jc w:val="right"/>
            </w:pPr>
            <w:r>
              <w:rPr>
                <w:rFonts w:ascii="Arial" w:hAnsi="Arial" w:cs="Arial"/>
                <w:b/>
                <w:sz w:val="26"/>
                <w:rtl/>
                <w:szCs w:val="26"/>
                <w:bCs/>
              </w:rPr>
              <w:t>רמז</w:t>
            </w:r>
          </w:p>
        </w:tc>
        <w:tc>
          <w:tcPr>
            <w:tcW w:type="dxa" w:w="2606"/>
            <w:shd w:val="clear" w:fill="E5DBFF"/>
          </w:tcPr>
          <w:p>
            <w:pPr>
              <w:bidi/>
              <w:jc w:val="right"/>
            </w:pPr>
            <w:r>
              <w:rPr>
                <w:rFonts w:ascii="Arial" w:hAnsi="Arial" w:cs="Arial"/>
                <w:b/>
                <w:sz w:val="26"/>
                <w:rtl/>
                <w:szCs w:val="26"/>
                <w:bCs/>
              </w:rPr>
              <w:t>המילה</w:t>
            </w:r>
          </w:p>
        </w:tc>
      </w:tr>
      <w:tr>
        <w:tc>
          <w:tcPr>
            <w:tcW w:type="dxa" w:w="2606"/>
          </w:tcPr>
          <w:p>
            <w:pPr>
              <w:bidi/>
              <w:jc w:val="right"/>
            </w:pPr>
            <w:r>
              <w:rPr>
                <w:rFonts w:ascii="Arial" w:hAnsi="Arial" w:cs="Arial"/>
                <w:sz w:val="26"/>
                <w:rtl/>
                <w:szCs w:val="26"/>
              </w:rPr>
              <w:t>1</w:t>
            </w:r>
          </w:p>
        </w:tc>
        <w:tc>
          <w:tcPr>
            <w:tcW w:type="dxa" w:w="2606"/>
          </w:tcPr>
          <w:p>
            <w:pPr>
              <w:bidi/>
              <w:jc w:val="right"/>
            </w:pPr>
            <w:r>
              <w:rPr>
                <w:rFonts w:ascii="Arial" w:hAnsi="Arial" w:cs="Arial"/>
                <w:sz w:val="26"/>
                <w:rtl/>
                <w:szCs w:val="26"/>
              </w:rPr>
              <w:t>🔢 ‏13‏ ‏- 11‏ ‏- 6‏ ‏- 12‏ ‏- 5‏</w:t>
            </w:r>
          </w:p>
        </w:tc>
        <w:tc>
          <w:tcPr>
            <w:tcW w:type="dxa" w:w="2606"/>
          </w:tcPr>
          <w:p>
            <w:pPr>
              <w:bidi/>
              <w:jc w:val="right"/>
            </w:pPr>
            <w:r>
              <w:rPr>
                <w:rFonts w:ascii="Arial" w:hAnsi="Arial" w:cs="Arial"/>
                <w:sz w:val="26"/>
                <w:rtl/>
                <w:szCs w:val="26"/>
              </w:rPr>
              <w:t>קֻפְסַת בַּרְזֶל עֲנָקִית שֶׁנּוֹסַעַת עַל אֳנִיּוֹת.</w:t>
            </w:r>
          </w:p>
        </w:tc>
        <w:tc>
          <w:tcPr>
            <w:tcW w:type="dxa" w:w="2606"/>
          </w:tcPr>
          <w:p>
            <w:pPr>
              <w:bidi/>
              <w:jc w:val="right"/>
            </w:pPr>
            <w:r>
              <w:rPr>
                <w:rFonts w:ascii="Arial" w:hAnsi="Arial" w:cs="Arial"/>
                <w:sz w:val="26"/>
                <w:rtl/>
                <w:szCs w:val="26"/>
              </w:rPr>
              <w:t>__________</w:t>
            </w:r>
          </w:p>
        </w:tc>
      </w:tr>
      <w:tr>
        <w:tc>
          <w:tcPr>
            <w:tcW w:type="dxa" w:w="2606"/>
          </w:tcPr>
          <w:p>
            <w:pPr>
              <w:bidi/>
              <w:jc w:val="right"/>
            </w:pPr>
            <w:r>
              <w:rPr>
                <w:rFonts w:ascii="Arial" w:hAnsi="Arial" w:cs="Arial"/>
                <w:sz w:val="26"/>
                <w:rtl/>
                <w:szCs w:val="26"/>
              </w:rPr>
              <w:t>2</w:t>
            </w:r>
          </w:p>
        </w:tc>
        <w:tc>
          <w:tcPr>
            <w:tcW w:type="dxa" w:w="2606"/>
          </w:tcPr>
          <w:p>
            <w:pPr>
              <w:bidi/>
              <w:jc w:val="right"/>
            </w:pPr>
            <w:r>
              <w:rPr>
                <w:rFonts w:ascii="Arial" w:hAnsi="Arial" w:cs="Arial"/>
                <w:sz w:val="26"/>
                <w:rtl/>
                <w:szCs w:val="26"/>
              </w:rPr>
              <w:t>🔀 ל מ נ</w:t>
            </w:r>
          </w:p>
        </w:tc>
        <w:tc>
          <w:tcPr>
            <w:tcW w:type="dxa" w:w="2606"/>
          </w:tcPr>
          <w:p>
            <w:pPr>
              <w:bidi/>
              <w:jc w:val="right"/>
            </w:pPr>
            <w:r>
              <w:rPr>
                <w:rFonts w:ascii="Arial" w:hAnsi="Arial" w:cs="Arial"/>
                <w:sz w:val="26"/>
                <w:rtl/>
                <w:szCs w:val="26"/>
              </w:rPr>
              <w:t>הַמָּקוֹם שֶׁבּוֹ אֳנִיּוֹת עוֹגְנוֹת וּפוֹרְקוֹת מִטְעָן.</w:t>
            </w:r>
          </w:p>
        </w:tc>
        <w:tc>
          <w:tcPr>
            <w:tcW w:type="dxa" w:w="2606"/>
          </w:tcPr>
          <w:p>
            <w:pPr>
              <w:bidi/>
              <w:jc w:val="right"/>
            </w:pPr>
            <w:r>
              <w:rPr>
                <w:rFonts w:ascii="Arial" w:hAnsi="Arial" w:cs="Arial"/>
                <w:sz w:val="26"/>
                <w:rtl/>
                <w:szCs w:val="26"/>
              </w:rPr>
              <w:t>______</w:t>
            </w:r>
          </w:p>
        </w:tc>
      </w:tr>
      <w:tr>
        <w:tc>
          <w:tcPr>
            <w:tcW w:type="dxa" w:w="2606"/>
          </w:tcPr>
          <w:p>
            <w:pPr>
              <w:bidi/>
              <w:jc w:val="right"/>
            </w:pPr>
            <w:r>
              <w:rPr>
                <w:rFonts w:ascii="Arial" w:hAnsi="Arial" w:cs="Arial"/>
                <w:sz w:val="26"/>
                <w:rtl/>
                <w:szCs w:val="26"/>
              </w:rPr>
              <w:t>3</w:t>
            </w:r>
          </w:p>
        </w:tc>
        <w:tc>
          <w:tcPr>
            <w:tcW w:type="dxa" w:w="2606"/>
          </w:tcPr>
          <w:p>
            <w:pPr>
              <w:bidi/>
              <w:jc w:val="right"/>
            </w:pPr>
            <w:r>
              <w:rPr>
                <w:rFonts w:ascii="Arial" w:hAnsi="Arial" w:cs="Arial"/>
                <w:sz w:val="26"/>
                <w:rtl/>
                <w:szCs w:val="26"/>
              </w:rPr>
              <w:t>🔢 ‏15‏ ‏- 8‏ ‏- 20‏</w:t>
            </w:r>
          </w:p>
        </w:tc>
        <w:tc>
          <w:tcPr>
            <w:tcW w:type="dxa" w:w="2606"/>
          </w:tcPr>
          <w:p>
            <w:pPr>
              <w:bidi/>
              <w:jc w:val="right"/>
            </w:pPr>
            <w:r>
              <w:rPr>
                <w:rFonts w:ascii="Arial" w:hAnsi="Arial" w:cs="Arial"/>
                <w:sz w:val="26"/>
                <w:rtl/>
                <w:szCs w:val="26"/>
              </w:rPr>
              <w:t>כְּשֶׁמְּדִינוֹת קוֹנוֹת וּמוֹכְרוֹת זוֹ לְזוֹ.</w:t>
            </w:r>
          </w:p>
        </w:tc>
        <w:tc>
          <w:tcPr>
            <w:tcW w:type="dxa" w:w="2606"/>
          </w:tcPr>
          <w:p>
            <w:pPr>
              <w:bidi/>
              <w:jc w:val="right"/>
            </w:pPr>
            <w:r>
              <w:rPr>
                <w:rFonts w:ascii="Arial" w:hAnsi="Arial" w:cs="Arial"/>
                <w:sz w:val="26"/>
                <w:rtl/>
                <w:szCs w:val="26"/>
              </w:rPr>
              <w:t>______</w:t>
            </w:r>
          </w:p>
        </w:tc>
      </w:tr>
      <w:tr>
        <w:tc>
          <w:tcPr>
            <w:tcW w:type="dxa" w:w="2606"/>
          </w:tcPr>
          <w:p>
            <w:pPr>
              <w:bidi/>
              <w:jc w:val="right"/>
            </w:pPr>
            <w:r>
              <w:rPr>
                <w:rFonts w:ascii="Arial" w:hAnsi="Arial" w:cs="Arial"/>
                <w:sz w:val="26"/>
                <w:rtl/>
                <w:szCs w:val="26"/>
              </w:rPr>
              <w:t>4</w:t>
            </w:r>
          </w:p>
        </w:tc>
        <w:tc>
          <w:tcPr>
            <w:tcW w:type="dxa" w:w="2606"/>
          </w:tcPr>
          <w:p>
            <w:pPr>
              <w:bidi/>
              <w:jc w:val="right"/>
            </w:pPr>
            <w:r>
              <w:rPr>
                <w:rFonts w:ascii="Arial" w:hAnsi="Arial" w:cs="Arial"/>
                <w:sz w:val="26"/>
                <w:rtl/>
                <w:szCs w:val="26"/>
              </w:rPr>
              <w:t>🔀 פ כ ר</w:t>
            </w:r>
          </w:p>
        </w:tc>
        <w:tc>
          <w:tcPr>
            <w:tcW w:type="dxa" w:w="2606"/>
          </w:tcPr>
          <w:p>
            <w:pPr>
              <w:bidi/>
              <w:jc w:val="right"/>
            </w:pPr>
            <w:r>
              <w:rPr>
                <w:rFonts w:ascii="Arial" w:hAnsi="Arial" w:cs="Arial"/>
                <w:sz w:val="26"/>
                <w:rtl/>
                <w:szCs w:val="26"/>
              </w:rPr>
              <w:t>יִשּׁוּב קָטָן שֶׁבּוֹ כֻּלָּם מַכִּירִים זֶה אֶת זֶה.</w:t>
            </w:r>
          </w:p>
        </w:tc>
        <w:tc>
          <w:tcPr>
            <w:tcW w:type="dxa" w:w="2606"/>
          </w:tcPr>
          <w:p>
            <w:pPr>
              <w:bidi/>
              <w:jc w:val="right"/>
            </w:pPr>
            <w:r>
              <w:rPr>
                <w:rFonts w:ascii="Arial" w:hAnsi="Arial" w:cs="Arial"/>
                <w:sz w:val="26"/>
                <w:rtl/>
                <w:szCs w:val="26"/>
              </w:rPr>
              <w:t>______</w:t>
            </w:r>
          </w:p>
        </w:tc>
      </w:tr>
      <w:tr>
        <w:tc>
          <w:tcPr>
            <w:tcW w:type="dxa" w:w="2606"/>
          </w:tcPr>
          <w:p>
            <w:pPr>
              <w:bidi/>
              <w:jc w:val="right"/>
            </w:pPr>
            <w:r>
              <w:rPr>
                <w:rFonts w:ascii="Arial" w:hAnsi="Arial" w:cs="Arial"/>
                <w:sz w:val="26"/>
                <w:rtl/>
                <w:szCs w:val="26"/>
              </w:rPr>
              <w:t>5</w:t>
            </w:r>
          </w:p>
        </w:tc>
        <w:tc>
          <w:tcPr>
            <w:tcW w:type="dxa" w:w="2606"/>
          </w:tcPr>
          <w:p>
            <w:pPr>
              <w:bidi/>
              <w:jc w:val="right"/>
            </w:pPr>
            <w:r>
              <w:rPr>
                <w:rFonts w:ascii="Arial" w:hAnsi="Arial" w:cs="Arial"/>
                <w:sz w:val="26"/>
                <w:rtl/>
                <w:szCs w:val="26"/>
              </w:rPr>
              <w:t>🔀 י ב ש ת</w:t>
            </w:r>
          </w:p>
        </w:tc>
        <w:tc>
          <w:tcPr>
            <w:tcW w:type="dxa" w:w="2606"/>
          </w:tcPr>
          <w:p>
            <w:pPr>
              <w:bidi/>
              <w:jc w:val="right"/>
            </w:pPr>
            <w:r>
              <w:rPr>
                <w:rFonts w:ascii="Arial" w:hAnsi="Arial" w:cs="Arial"/>
                <w:sz w:val="26"/>
                <w:rtl/>
                <w:szCs w:val="26"/>
              </w:rPr>
              <w:t>חֵלֶק עֲנָק שֶׁל אֲדָמָה, כְּמוֹ אַסְיָה אוֹ אַפְרִיקָה.</w:t>
            </w:r>
          </w:p>
        </w:tc>
        <w:tc>
          <w:tcPr>
            <w:tcW w:type="dxa" w:w="2606"/>
          </w:tcPr>
          <w:p>
            <w:pPr>
              <w:bidi/>
              <w:jc w:val="right"/>
            </w:pPr>
            <w:r>
              <w:rPr>
                <w:rFonts w:ascii="Arial" w:hAnsi="Arial" w:cs="Arial"/>
                <w:sz w:val="26"/>
                <w:rtl/>
                <w:szCs w:val="26"/>
              </w:rPr>
              <w:t>________</w:t>
            </w:r>
          </w:p>
        </w:tc>
      </w:tr>
    </w:tbl>
    <w:p>
      <w:pPr>
        <w:bidi/>
        <w:jc w:val="right"/>
      </w:pPr>
    </w:p>
    <w:p>
      <w:pPr>
        <w:bidi/>
        <w:jc w:val="right"/>
      </w:pPr>
      <w:r>
        <w:rPr>
          <w:rFonts w:ascii="Arial" w:hAnsi="Arial" w:cs="Arial"/>
          <w:sz w:val="28"/>
          <w:rtl/>
          <w:szCs w:val="28"/>
        </w:rPr>
        <w:t>🔣 מפתח: א=1 ב=2 ג=3 ד=4 ה=5 ו=6 ז=7 ח=8 ט=9 י=10 כ=11 ל=12 מ=13 נ=14 ס=15 ע=16 פ=17 צ=18 ק=19 ר=20 ש=21 ת=22</w:t>
      </w:r>
    </w:p>
    <w:p>
      <w:pPr>
        <w:bidi/>
        <w:jc w:val="right"/>
      </w:pPr>
      <w:r>
        <w:rPr>
          <w:rFonts w:ascii="Arial" w:hAnsi="Arial" w:cs="Arial"/>
          <w:sz w:val="28"/>
          <w:rtl/>
          <w:szCs w:val="28"/>
        </w:rPr>
        <w:t>המסר הסודי לפי המורה: ____________________</w:t>
      </w:r>
    </w:p>
    <w:p>
      <w:r>
        <w:br w:type="page"/>
      </w:r>
    </w:p>
    <w:p>
      <w:pPr>
        <w:bidi/>
        <w:pStyle w:val="Heading1"/>
        <w:jc w:val="right"/>
      </w:pPr>
      <w:r>
        <w:rPr>
          <w:rFonts w:ascii="Arial" w:hAnsi="Arial" w:cs="Arial"/>
          <w:b/>
          <w:color w:val="4B2BA8"/>
          <w:sz w:val="40"/>
          <w:rtl/>
          <w:szCs w:val="40"/>
          <w:bCs/>
        </w:rPr>
        <w:t>חלק ב׳ – 🗺️ דרכון התחנות: 🗺️ הַמַּסָּע שֶׁל פּוֹל הַקָּקָאוֹ</w:t>
      </w:r>
    </w:p>
    <w:p>
      <w:pPr>
        <w:bidi/>
        <w:jc w:val="right"/>
      </w:pPr>
      <w:r>
        <w:rPr>
          <w:rFonts w:ascii="Arial" w:hAnsi="Arial" w:cs="Arial"/>
          <w:color w:val="555577"/>
          <w:sz w:val="28"/>
          <w:rtl/>
          <w:szCs w:val="28"/>
        </w:rPr>
        <w:t>הֱיוּ פּוֹל קָקָאוֹ קָטָן! צְאוּ לְמַסָּע מֵהַמַּטָּע בְּאַפְרִיקָה וְעַד הַמַּדָּף בַּחֲנוּת. בְּכָל תַּחֲנָה תְּקַבְּלוּ אוֹת קֶסֶם. בכל תחנה – פתרו את המשימה וכתבו את אות הקסם שתקבלו מהמורה.</w:t>
      </w:r>
    </w:p>
    <w:p>
      <w:pPr>
        <w:bidi/>
        <w:jc w:val="right"/>
      </w:pPr>
      <w:r>
        <w:rPr>
          <w:rFonts w:ascii="Arial" w:hAnsi="Arial" w:cs="Arial"/>
          <w:b/>
          <w:sz w:val="28"/>
          <w:rtl/>
          <w:szCs w:val="28"/>
          <w:bCs/>
        </w:rPr>
        <w:t>1. 🌳 מַטַּע הַקָּקָאוֹ – עֲצֵי קָקָאוֹ אוֹהֲבִים חֹם וְגֶשֶׁם. אֵיפֹה הֵם גְּדֵלִים?</w:t>
      </w:r>
    </w:p>
    <w:p>
      <w:pPr>
        <w:bidi/>
        <w:jc w:val="right"/>
      </w:pPr>
      <w:r>
        <w:rPr>
          <w:rFonts w:ascii="Arial" w:hAnsi="Arial" w:cs="Arial"/>
          <w:sz w:val="28"/>
          <w:rtl/>
          <w:szCs w:val="28"/>
        </w:rPr>
        <w:t xml:space="preserve">   ◯ א. לְיַד הַקֹּטֶב הַצְּפוֹנִי</w:t>
      </w:r>
    </w:p>
    <w:p>
      <w:pPr>
        <w:bidi/>
        <w:jc w:val="right"/>
      </w:pPr>
      <w:r>
        <w:rPr>
          <w:rFonts w:ascii="Arial" w:hAnsi="Arial" w:cs="Arial"/>
          <w:sz w:val="28"/>
          <w:rtl/>
          <w:szCs w:val="28"/>
        </w:rPr>
        <w:t xml:space="preserve">   ◯ ב. קָרוֹב לְקַו הַמַּשְׁוֶה</w:t>
      </w:r>
    </w:p>
    <w:p>
      <w:pPr>
        <w:bidi/>
        <w:jc w:val="right"/>
      </w:pPr>
      <w:r>
        <w:rPr>
          <w:rFonts w:ascii="Arial" w:hAnsi="Arial" w:cs="Arial"/>
          <w:sz w:val="28"/>
          <w:rtl/>
          <w:szCs w:val="28"/>
        </w:rPr>
        <w:t xml:space="preserve">   ◯ ג. בְּמִדְבָּר יָבֵשׁ</w:t>
      </w:r>
    </w:p>
    <w:p>
      <w:pPr>
        <w:bidi/>
        <w:jc w:val="right"/>
      </w:pPr>
      <w:r>
        <w:rPr>
          <w:rFonts w:ascii="Arial" w:hAnsi="Arial" w:cs="Arial"/>
          <w:sz w:val="28"/>
          <w:rtl/>
          <w:szCs w:val="28"/>
        </w:rPr>
        <w:t xml:space="preserve">   ◯ ד. עַל הַר מֻשְׁלָג</w:t>
      </w:r>
    </w:p>
    <w:p>
      <w:pPr>
        <w:bidi/>
        <w:jc w:val="right"/>
      </w:pPr>
      <w:r>
        <w:rPr>
          <w:rFonts w:ascii="Arial" w:hAnsi="Arial" w:cs="Arial"/>
          <w:sz w:val="28"/>
          <w:rtl/>
          <w:szCs w:val="28"/>
        </w:rPr>
        <w:t>2. 🏗️ הַנָּמָל – הַתְאִימוּ כָּל מִלָּה לַהֶסְבֵּר שֶׁלָּהּ. (כתבו את האות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6"/>
                <w:rtl/>
                <w:szCs w:val="26"/>
                <w:bCs/>
              </w:rPr>
              <w:t>היגד</w:t>
            </w:r>
          </w:p>
        </w:tc>
        <w:tc>
          <w:tcPr>
            <w:tcW w:type="dxa" w:w="2606"/>
            <w:shd w:val="clear" w:fill="E5DBFF"/>
          </w:tcPr>
          <w:p>
            <w:pPr>
              <w:bidi/>
              <w:jc w:val="right"/>
            </w:pPr>
            <w:r>
              <w:rPr>
                <w:rFonts w:ascii="Arial" w:hAnsi="Arial" w:cs="Arial"/>
                <w:b/>
                <w:sz w:val="26"/>
                <w:rtl/>
                <w:szCs w:val="26"/>
                <w:bCs/>
              </w:rPr>
              <w:t>אות</w:t>
            </w:r>
          </w:p>
        </w:tc>
        <w:tc>
          <w:tcPr>
            <w:tcW w:type="dxa" w:w="2606"/>
            <w:shd w:val="clear" w:fill="E5DBFF"/>
          </w:tcPr>
          <w:p>
            <w:pPr>
              <w:bidi/>
              <w:jc w:val="right"/>
            </w:pPr>
            <w:r>
              <w:rPr>
                <w:rFonts w:ascii="Arial" w:hAnsi="Arial" w:cs="Arial"/>
                <w:b/>
                <w:sz w:val="26"/>
                <w:rtl/>
                <w:szCs w:val="26"/>
                <w:bCs/>
              </w:rPr>
            </w:r>
          </w:p>
        </w:tc>
        <w:tc>
          <w:tcPr>
            <w:tcW w:type="dxa" w:w="2606"/>
            <w:shd w:val="clear" w:fill="E5DBFF"/>
          </w:tcPr>
          <w:p>
            <w:pPr>
              <w:bidi/>
              <w:jc w:val="right"/>
            </w:pPr>
            <w:r>
              <w:rPr>
                <w:rFonts w:ascii="Arial" w:hAnsi="Arial" w:cs="Arial"/>
                <w:b/>
                <w:sz w:val="26"/>
                <w:rtl/>
                <w:szCs w:val="26"/>
                <w:bCs/>
              </w:rPr>
              <w:t>הקשר</w:t>
            </w:r>
          </w:p>
        </w:tc>
      </w:tr>
      <w:tr>
        <w:tc>
          <w:tcPr>
            <w:tcW w:type="dxa" w:w="2606"/>
          </w:tcPr>
          <w:p>
            <w:pPr>
              <w:bidi/>
              <w:jc w:val="right"/>
            </w:pPr>
            <w:r>
              <w:rPr>
                <w:rFonts w:ascii="Arial" w:hAnsi="Arial" w:cs="Arial"/>
                <w:sz w:val="26"/>
                <w:rtl/>
                <w:szCs w:val="26"/>
              </w:rPr>
              <w:t>מְכוֹלָה</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א.</w:t>
            </w:r>
          </w:p>
        </w:tc>
        <w:tc>
          <w:tcPr>
            <w:tcW w:type="dxa" w:w="2606"/>
          </w:tcPr>
          <w:p>
            <w:pPr>
              <w:bidi/>
              <w:jc w:val="right"/>
            </w:pPr>
            <w:r>
              <w:rPr>
                <w:rFonts w:ascii="Arial" w:hAnsi="Arial" w:cs="Arial"/>
                <w:sz w:val="26"/>
                <w:rtl/>
                <w:szCs w:val="26"/>
              </w:rPr>
              <w:t>מְכִירַת סְחוֹרָה לְאֶרֶץ אַחֶרֶת</w:t>
            </w:r>
          </w:p>
        </w:tc>
      </w:tr>
      <w:tr>
        <w:tc>
          <w:tcPr>
            <w:tcW w:type="dxa" w:w="2606"/>
          </w:tcPr>
          <w:p>
            <w:pPr>
              <w:bidi/>
              <w:jc w:val="right"/>
            </w:pPr>
            <w:r>
              <w:rPr>
                <w:rFonts w:ascii="Arial" w:hAnsi="Arial" w:cs="Arial"/>
                <w:sz w:val="26"/>
                <w:rtl/>
                <w:szCs w:val="26"/>
              </w:rPr>
              <w:t>נָמָל</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ב.</w:t>
            </w:r>
          </w:p>
        </w:tc>
        <w:tc>
          <w:tcPr>
            <w:tcW w:type="dxa" w:w="2606"/>
          </w:tcPr>
          <w:p>
            <w:pPr>
              <w:bidi/>
              <w:jc w:val="right"/>
            </w:pPr>
            <w:r>
              <w:rPr>
                <w:rFonts w:ascii="Arial" w:hAnsi="Arial" w:cs="Arial"/>
                <w:sz w:val="26"/>
                <w:rtl/>
                <w:szCs w:val="26"/>
              </w:rPr>
              <w:t>קֻפְסַת בַּרְזֶל עֲנָקִית לְמִטְעָן</w:t>
            </w:r>
          </w:p>
        </w:tc>
      </w:tr>
      <w:tr>
        <w:tc>
          <w:tcPr>
            <w:tcW w:type="dxa" w:w="2606"/>
          </w:tcPr>
          <w:p>
            <w:pPr>
              <w:bidi/>
              <w:jc w:val="right"/>
            </w:pPr>
            <w:r>
              <w:rPr>
                <w:rFonts w:ascii="Arial" w:hAnsi="Arial" w:cs="Arial"/>
                <w:sz w:val="26"/>
                <w:rtl/>
                <w:szCs w:val="26"/>
              </w:rPr>
              <w:t>מָנוֹף</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ג.</w:t>
            </w:r>
          </w:p>
        </w:tc>
        <w:tc>
          <w:tcPr>
            <w:tcW w:type="dxa" w:w="2606"/>
          </w:tcPr>
          <w:p>
            <w:pPr>
              <w:bidi/>
              <w:jc w:val="right"/>
            </w:pPr>
            <w:r>
              <w:rPr>
                <w:rFonts w:ascii="Arial" w:hAnsi="Arial" w:cs="Arial"/>
                <w:sz w:val="26"/>
                <w:rtl/>
                <w:szCs w:val="26"/>
              </w:rPr>
              <w:t>מְכוֹנָה שֶׁמְּרִימָה מַשָּׂאוֹת כְּבֵדִים</w:t>
            </w:r>
          </w:p>
        </w:tc>
      </w:tr>
      <w:tr>
        <w:tc>
          <w:tcPr>
            <w:tcW w:type="dxa" w:w="2606"/>
          </w:tcPr>
          <w:p>
            <w:pPr>
              <w:bidi/>
              <w:jc w:val="right"/>
            </w:pPr>
            <w:r>
              <w:rPr>
                <w:rFonts w:ascii="Arial" w:hAnsi="Arial" w:cs="Arial"/>
                <w:sz w:val="26"/>
                <w:rtl/>
                <w:szCs w:val="26"/>
              </w:rPr>
              <w:t>יְצוּא</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ד.</w:t>
            </w:r>
          </w:p>
        </w:tc>
        <w:tc>
          <w:tcPr>
            <w:tcW w:type="dxa" w:w="2606"/>
          </w:tcPr>
          <w:p>
            <w:pPr>
              <w:bidi/>
              <w:jc w:val="right"/>
            </w:pPr>
            <w:r>
              <w:rPr>
                <w:rFonts w:ascii="Arial" w:hAnsi="Arial" w:cs="Arial"/>
                <w:sz w:val="26"/>
                <w:rtl/>
                <w:szCs w:val="26"/>
              </w:rPr>
              <w:t>מָקוֹם שֶׁבּוֹ אֳנִיּוֹת עוֹגְנוֹת</w:t>
            </w:r>
          </w:p>
        </w:tc>
      </w:tr>
    </w:tbl>
    <w:p>
      <w:pPr>
        <w:bidi/>
        <w:jc w:val="right"/>
      </w:pPr>
    </w:p>
    <w:p>
      <w:pPr>
        <w:bidi/>
        <w:jc w:val="right"/>
      </w:pPr>
      <w:r>
        <w:rPr>
          <w:rFonts w:ascii="Arial" w:hAnsi="Arial" w:cs="Arial"/>
          <w:b/>
          <w:sz w:val="28"/>
          <w:rtl/>
          <w:szCs w:val="28"/>
          <w:bCs/>
        </w:rPr>
        <w:t>3. 🚢 אֳנִיָּה בַּיָּם – לָמָּה שׁוֹלְחִים פּוֹלֵי קָקָאוֹ בְּאֳנִיָּה וְלֹא בְּמָטוֹס?</w:t>
      </w:r>
    </w:p>
    <w:p>
      <w:pPr>
        <w:bidi/>
        <w:jc w:val="right"/>
      </w:pPr>
      <w:r>
        <w:rPr>
          <w:rFonts w:ascii="Arial" w:hAnsi="Arial" w:cs="Arial"/>
          <w:sz w:val="28"/>
          <w:rtl/>
          <w:szCs w:val="28"/>
        </w:rPr>
        <w:t xml:space="preserve">   ◯ א. כִּי אֳנִיָּה מְהִירָה יוֹתֵר</w:t>
      </w:r>
    </w:p>
    <w:p>
      <w:pPr>
        <w:bidi/>
        <w:jc w:val="right"/>
      </w:pPr>
      <w:r>
        <w:rPr>
          <w:rFonts w:ascii="Arial" w:hAnsi="Arial" w:cs="Arial"/>
          <w:sz w:val="28"/>
          <w:rtl/>
          <w:szCs w:val="28"/>
        </w:rPr>
        <w:t xml:space="preserve">   ◯ ב. כִּי מָטוֹס לֹא טָס מֵעַל הַיָּם</w:t>
      </w:r>
    </w:p>
    <w:p>
      <w:pPr>
        <w:bidi/>
        <w:jc w:val="right"/>
      </w:pPr>
      <w:r>
        <w:rPr>
          <w:rFonts w:ascii="Arial" w:hAnsi="Arial" w:cs="Arial"/>
          <w:sz w:val="28"/>
          <w:rtl/>
          <w:szCs w:val="28"/>
        </w:rPr>
        <w:t xml:space="preserve">   ◯ ג. כִּי פּוֹלִים יְבֵשִׁים לֹא מִתְקַלְקְלִים מַהֵר, וְאֳנִיָּה זוֹלָה יוֹתֵר</w:t>
      </w:r>
    </w:p>
    <w:p>
      <w:pPr>
        <w:bidi/>
        <w:jc w:val="right"/>
      </w:pPr>
      <w:r>
        <w:rPr>
          <w:rFonts w:ascii="Arial" w:hAnsi="Arial" w:cs="Arial"/>
          <w:sz w:val="28"/>
          <w:rtl/>
          <w:szCs w:val="28"/>
        </w:rPr>
        <w:t xml:space="preserve">   ◯ ד. כִּי אָסוּר לָטוּס עִם אֹכֶל</w:t>
      </w:r>
    </w:p>
    <w:p>
      <w:pPr>
        <w:bidi/>
        <w:jc w:val="right"/>
      </w:pPr>
      <w:r>
        <w:rPr>
          <w:rFonts w:ascii="Arial" w:hAnsi="Arial" w:cs="Arial"/>
          <w:sz w:val="28"/>
          <w:rtl/>
          <w:szCs w:val="28"/>
        </w:rPr>
        <w:t>4. 🏭 הַמִּפְעָל – הַתְאִימוּ כָּל שָׁלָב בַּמִּפְעָל לְמָה שֶׁקּוֹרֶה בּוֹ. (כתבו את האות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6"/>
                <w:rtl/>
                <w:szCs w:val="26"/>
                <w:bCs/>
              </w:rPr>
              <w:t>היגד</w:t>
            </w:r>
          </w:p>
        </w:tc>
        <w:tc>
          <w:tcPr>
            <w:tcW w:type="dxa" w:w="2606"/>
            <w:shd w:val="clear" w:fill="E5DBFF"/>
          </w:tcPr>
          <w:p>
            <w:pPr>
              <w:bidi/>
              <w:jc w:val="right"/>
            </w:pPr>
            <w:r>
              <w:rPr>
                <w:rFonts w:ascii="Arial" w:hAnsi="Arial" w:cs="Arial"/>
                <w:b/>
                <w:sz w:val="26"/>
                <w:rtl/>
                <w:szCs w:val="26"/>
                <w:bCs/>
              </w:rPr>
              <w:t>אות</w:t>
            </w:r>
          </w:p>
        </w:tc>
        <w:tc>
          <w:tcPr>
            <w:tcW w:type="dxa" w:w="2606"/>
            <w:shd w:val="clear" w:fill="E5DBFF"/>
          </w:tcPr>
          <w:p>
            <w:pPr>
              <w:bidi/>
              <w:jc w:val="right"/>
            </w:pPr>
            <w:r>
              <w:rPr>
                <w:rFonts w:ascii="Arial" w:hAnsi="Arial" w:cs="Arial"/>
                <w:b/>
                <w:sz w:val="26"/>
                <w:rtl/>
                <w:szCs w:val="26"/>
                <w:bCs/>
              </w:rPr>
            </w:r>
          </w:p>
        </w:tc>
        <w:tc>
          <w:tcPr>
            <w:tcW w:type="dxa" w:w="2606"/>
            <w:shd w:val="clear" w:fill="E5DBFF"/>
          </w:tcPr>
          <w:p>
            <w:pPr>
              <w:bidi/>
              <w:jc w:val="right"/>
            </w:pPr>
            <w:r>
              <w:rPr>
                <w:rFonts w:ascii="Arial" w:hAnsi="Arial" w:cs="Arial"/>
                <w:b/>
                <w:sz w:val="26"/>
                <w:rtl/>
                <w:szCs w:val="26"/>
                <w:bCs/>
              </w:rPr>
              <w:t>הקשר</w:t>
            </w:r>
          </w:p>
        </w:tc>
      </w:tr>
      <w:tr>
        <w:tc>
          <w:tcPr>
            <w:tcW w:type="dxa" w:w="2606"/>
          </w:tcPr>
          <w:p>
            <w:pPr>
              <w:bidi/>
              <w:jc w:val="right"/>
            </w:pPr>
            <w:r>
              <w:rPr>
                <w:rFonts w:ascii="Arial" w:hAnsi="Arial" w:cs="Arial"/>
                <w:sz w:val="26"/>
                <w:rtl/>
                <w:szCs w:val="26"/>
              </w:rPr>
              <w:t>קְלִיָּה</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א.</w:t>
            </w:r>
          </w:p>
        </w:tc>
        <w:tc>
          <w:tcPr>
            <w:tcW w:type="dxa" w:w="2606"/>
          </w:tcPr>
          <w:p>
            <w:pPr>
              <w:bidi/>
              <w:jc w:val="right"/>
            </w:pPr>
            <w:r>
              <w:rPr>
                <w:rFonts w:ascii="Arial" w:hAnsi="Arial" w:cs="Arial"/>
                <w:sz w:val="26"/>
                <w:rtl/>
                <w:szCs w:val="26"/>
              </w:rPr>
              <w:t>עוֹטְפִים אֶת הַטַּבְלָה</w:t>
            </w:r>
          </w:p>
        </w:tc>
      </w:tr>
      <w:tr>
        <w:tc>
          <w:tcPr>
            <w:tcW w:type="dxa" w:w="2606"/>
          </w:tcPr>
          <w:p>
            <w:pPr>
              <w:bidi/>
              <w:jc w:val="right"/>
            </w:pPr>
            <w:r>
              <w:rPr>
                <w:rFonts w:ascii="Arial" w:hAnsi="Arial" w:cs="Arial"/>
                <w:sz w:val="26"/>
                <w:rtl/>
                <w:szCs w:val="26"/>
              </w:rPr>
              <w:t>טְחִינָה</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ב.</w:t>
            </w:r>
          </w:p>
        </w:tc>
        <w:tc>
          <w:tcPr>
            <w:tcW w:type="dxa" w:w="2606"/>
          </w:tcPr>
          <w:p>
            <w:pPr>
              <w:bidi/>
              <w:jc w:val="right"/>
            </w:pPr>
            <w:r>
              <w:rPr>
                <w:rFonts w:ascii="Arial" w:hAnsi="Arial" w:cs="Arial"/>
                <w:sz w:val="26"/>
                <w:rtl/>
                <w:szCs w:val="26"/>
              </w:rPr>
              <w:t>מְחַמְּמִים אֶת הַפּוֹלִים</w:t>
            </w:r>
          </w:p>
        </w:tc>
      </w:tr>
      <w:tr>
        <w:tc>
          <w:tcPr>
            <w:tcW w:type="dxa" w:w="2606"/>
          </w:tcPr>
          <w:p>
            <w:pPr>
              <w:bidi/>
              <w:jc w:val="right"/>
            </w:pPr>
            <w:r>
              <w:rPr>
                <w:rFonts w:ascii="Arial" w:hAnsi="Arial" w:cs="Arial"/>
                <w:sz w:val="26"/>
                <w:rtl/>
                <w:szCs w:val="26"/>
              </w:rPr>
              <w:t>עִרְבּוּב</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ג.</w:t>
            </w:r>
          </w:p>
        </w:tc>
        <w:tc>
          <w:tcPr>
            <w:tcW w:type="dxa" w:w="2606"/>
          </w:tcPr>
          <w:p>
            <w:pPr>
              <w:bidi/>
              <w:jc w:val="right"/>
            </w:pPr>
            <w:r>
              <w:rPr>
                <w:rFonts w:ascii="Arial" w:hAnsi="Arial" w:cs="Arial"/>
                <w:sz w:val="26"/>
                <w:rtl/>
                <w:szCs w:val="26"/>
              </w:rPr>
              <w:t>מוֹסִיפִים סֻכָּר וְחָלָב</w:t>
            </w:r>
          </w:p>
        </w:tc>
      </w:tr>
      <w:tr>
        <w:tc>
          <w:tcPr>
            <w:tcW w:type="dxa" w:w="2606"/>
          </w:tcPr>
          <w:p>
            <w:pPr>
              <w:bidi/>
              <w:jc w:val="right"/>
            </w:pPr>
            <w:r>
              <w:rPr>
                <w:rFonts w:ascii="Arial" w:hAnsi="Arial" w:cs="Arial"/>
                <w:sz w:val="26"/>
                <w:rtl/>
                <w:szCs w:val="26"/>
              </w:rPr>
              <w:t>אֲרִיזָה</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ד.</w:t>
            </w:r>
          </w:p>
        </w:tc>
        <w:tc>
          <w:tcPr>
            <w:tcW w:type="dxa" w:w="2606"/>
          </w:tcPr>
          <w:p>
            <w:pPr>
              <w:bidi/>
              <w:jc w:val="right"/>
            </w:pPr>
            <w:r>
              <w:rPr>
                <w:rFonts w:ascii="Arial" w:hAnsi="Arial" w:cs="Arial"/>
                <w:sz w:val="26"/>
                <w:rtl/>
                <w:szCs w:val="26"/>
              </w:rPr>
              <w:t>הוֹפְכִים אֶת הַפּוֹלִים לְמִשְׁחָה</w:t>
            </w:r>
          </w:p>
        </w:tc>
      </w:tr>
    </w:tbl>
    <w:p>
      <w:pPr>
        <w:bidi/>
        <w:jc w:val="right"/>
      </w:pPr>
    </w:p>
    <w:p>
      <w:pPr>
        <w:bidi/>
        <w:jc w:val="right"/>
      </w:pPr>
      <w:r>
        <w:rPr>
          <w:rFonts w:ascii="Arial" w:hAnsi="Arial" w:cs="Arial"/>
          <w:b/>
          <w:sz w:val="28"/>
          <w:rtl/>
          <w:szCs w:val="28"/>
          <w:bCs/>
        </w:rPr>
        <w:t>5. 🛒 הַחֲנוּת בְּיִשְׂרָאֵל – הַשּׁוֹקוֹלָד עָבַר מַטָּע, נָמָל, אֳנִיָּה וּמִפְעָל. אֵיךְ קוֹרְאִים לְכָל הַשְּׁלַבִּים יַחַד?</w:t>
      </w:r>
    </w:p>
    <w:p>
      <w:pPr>
        <w:bidi/>
        <w:jc w:val="right"/>
      </w:pPr>
      <w:r>
        <w:rPr>
          <w:rFonts w:ascii="Arial" w:hAnsi="Arial" w:cs="Arial"/>
          <w:sz w:val="28"/>
          <w:rtl/>
          <w:szCs w:val="28"/>
        </w:rPr>
        <w:t xml:space="preserve">   ◯ א. מַפַּת דְּרָכִים</w:t>
      </w:r>
    </w:p>
    <w:p>
      <w:pPr>
        <w:bidi/>
        <w:jc w:val="right"/>
      </w:pPr>
      <w:r>
        <w:rPr>
          <w:rFonts w:ascii="Arial" w:hAnsi="Arial" w:cs="Arial"/>
          <w:sz w:val="28"/>
          <w:rtl/>
          <w:szCs w:val="28"/>
        </w:rPr>
        <w:t xml:space="preserve">   ◯ ב. לוּחַ זְמַנִּים</w:t>
      </w:r>
    </w:p>
    <w:p>
      <w:pPr>
        <w:bidi/>
        <w:jc w:val="right"/>
      </w:pPr>
      <w:r>
        <w:rPr>
          <w:rFonts w:ascii="Arial" w:hAnsi="Arial" w:cs="Arial"/>
          <w:sz w:val="28"/>
          <w:rtl/>
          <w:szCs w:val="28"/>
        </w:rPr>
        <w:t xml:space="preserve">   ◯ ג. תַּחֲנָה מֶרְכָּזִית</w:t>
      </w:r>
    </w:p>
    <w:p>
      <w:pPr>
        <w:bidi/>
        <w:jc w:val="right"/>
      </w:pPr>
      <w:r>
        <w:rPr>
          <w:rFonts w:ascii="Arial" w:hAnsi="Arial" w:cs="Arial"/>
          <w:sz w:val="28"/>
          <w:rtl/>
          <w:szCs w:val="28"/>
        </w:rPr>
        <w:t xml:space="preserve">   ◯ ד. שַׁרְשֶׁרֶת אַסְפָּקָה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1738"/>
        <w:gridCol w:w="1738"/>
        <w:gridCol w:w="1738"/>
        <w:gridCol w:w="1738"/>
        <w:gridCol w:w="1738"/>
        <w:gridCol w:w="1738"/>
      </w:tblGrid>
      <w:tr>
        <w:tc>
          <w:tcPr>
            <w:tcW w:type="dxa" w:w="1738"/>
            <w:shd w:val="clear" w:fill="E5DBFF"/>
          </w:tcPr>
          <w:p>
            <w:pPr>
              <w:bidi/>
              <w:jc w:val="right"/>
            </w:pPr>
            <w:r>
              <w:rPr>
                <w:rFonts w:ascii="Arial" w:hAnsi="Arial" w:cs="Arial"/>
                <w:b/>
                <w:sz w:val="26"/>
                <w:rtl/>
                <w:szCs w:val="26"/>
                <w:bCs/>
              </w:rPr>
              <w:t>תחנה</w:t>
            </w:r>
          </w:p>
        </w:tc>
        <w:tc>
          <w:tcPr>
            <w:tcW w:type="dxa" w:w="1738"/>
            <w:shd w:val="clear" w:fill="E5DBFF"/>
          </w:tcPr>
          <w:p>
            <w:pPr>
              <w:bidi/>
              <w:jc w:val="right"/>
            </w:pPr>
            <w:r>
              <w:rPr>
                <w:rFonts w:ascii="Arial" w:hAnsi="Arial" w:cs="Arial"/>
                <w:b/>
                <w:sz w:val="26"/>
                <w:rtl/>
                <w:szCs w:val="26"/>
                <w:bCs/>
              </w:rPr>
              <w:t>1</w:t>
            </w:r>
          </w:p>
        </w:tc>
        <w:tc>
          <w:tcPr>
            <w:tcW w:type="dxa" w:w="1738"/>
            <w:shd w:val="clear" w:fill="E5DBFF"/>
          </w:tcPr>
          <w:p>
            <w:pPr>
              <w:bidi/>
              <w:jc w:val="right"/>
            </w:pPr>
            <w:r>
              <w:rPr>
                <w:rFonts w:ascii="Arial" w:hAnsi="Arial" w:cs="Arial"/>
                <w:b/>
                <w:sz w:val="26"/>
                <w:rtl/>
                <w:szCs w:val="26"/>
                <w:bCs/>
              </w:rPr>
              <w:t>2</w:t>
            </w:r>
          </w:p>
        </w:tc>
        <w:tc>
          <w:tcPr>
            <w:tcW w:type="dxa" w:w="1738"/>
            <w:shd w:val="clear" w:fill="E5DBFF"/>
          </w:tcPr>
          <w:p>
            <w:pPr>
              <w:bidi/>
              <w:jc w:val="right"/>
            </w:pPr>
            <w:r>
              <w:rPr>
                <w:rFonts w:ascii="Arial" w:hAnsi="Arial" w:cs="Arial"/>
                <w:b/>
                <w:sz w:val="26"/>
                <w:rtl/>
                <w:szCs w:val="26"/>
                <w:bCs/>
              </w:rPr>
              <w:t>3</w:t>
            </w:r>
          </w:p>
        </w:tc>
        <w:tc>
          <w:tcPr>
            <w:tcW w:type="dxa" w:w="1738"/>
            <w:shd w:val="clear" w:fill="E5DBFF"/>
          </w:tcPr>
          <w:p>
            <w:pPr>
              <w:bidi/>
              <w:jc w:val="right"/>
            </w:pPr>
            <w:r>
              <w:rPr>
                <w:rFonts w:ascii="Arial" w:hAnsi="Arial" w:cs="Arial"/>
                <w:b/>
                <w:sz w:val="26"/>
                <w:rtl/>
                <w:szCs w:val="26"/>
                <w:bCs/>
              </w:rPr>
              <w:t>4</w:t>
            </w:r>
          </w:p>
        </w:tc>
        <w:tc>
          <w:tcPr>
            <w:tcW w:type="dxa" w:w="1738"/>
            <w:shd w:val="clear" w:fill="E5DBFF"/>
          </w:tcPr>
          <w:p>
            <w:pPr>
              <w:bidi/>
              <w:jc w:val="right"/>
            </w:pPr>
            <w:r>
              <w:rPr>
                <w:rFonts w:ascii="Arial" w:hAnsi="Arial" w:cs="Arial"/>
                <w:b/>
                <w:sz w:val="26"/>
                <w:rtl/>
                <w:szCs w:val="26"/>
                <w:bCs/>
              </w:rPr>
              <w:t>5</w:t>
            </w:r>
          </w:p>
        </w:tc>
      </w:tr>
      <w:tr>
        <w:tc>
          <w:tcPr>
            <w:tcW w:type="dxa" w:w="1738"/>
          </w:tcPr>
          <w:p>
            <w:pPr>
              <w:bidi/>
              <w:jc w:val="right"/>
            </w:pPr>
            <w:r>
              <w:rPr>
                <w:rFonts w:ascii="Arial" w:hAnsi="Arial" w:cs="Arial"/>
                <w:sz w:val="26"/>
                <w:rtl/>
                <w:szCs w:val="26"/>
              </w:rPr>
              <w:t>אות קסם</w:t>
            </w:r>
          </w:p>
        </w:tc>
        <w:tc>
          <w:tcPr>
            <w:tcW w:type="dxa" w:w="1738"/>
          </w:tcPr>
          <w:p>
            <w:pPr>
              <w:bidi/>
              <w:jc w:val="right"/>
            </w:pPr>
            <w:r>
              <w:rPr>
                <w:rFonts w:ascii="Arial" w:hAnsi="Arial" w:cs="Arial"/>
                <w:sz w:val="26"/>
                <w:rtl/>
                <w:szCs w:val="26"/>
              </w:rPr>
              <w:t>☐</w:t>
            </w:r>
          </w:p>
        </w:tc>
        <w:tc>
          <w:tcPr>
            <w:tcW w:type="dxa" w:w="1738"/>
          </w:tcPr>
          <w:p>
            <w:pPr>
              <w:bidi/>
              <w:jc w:val="right"/>
            </w:pPr>
            <w:r>
              <w:rPr>
                <w:rFonts w:ascii="Arial" w:hAnsi="Arial" w:cs="Arial"/>
                <w:sz w:val="26"/>
                <w:rtl/>
                <w:szCs w:val="26"/>
              </w:rPr>
              <w:t>☐</w:t>
            </w:r>
          </w:p>
        </w:tc>
        <w:tc>
          <w:tcPr>
            <w:tcW w:type="dxa" w:w="1738"/>
          </w:tcPr>
          <w:p>
            <w:pPr>
              <w:bidi/>
              <w:jc w:val="right"/>
            </w:pPr>
            <w:r>
              <w:rPr>
                <w:rFonts w:ascii="Arial" w:hAnsi="Arial" w:cs="Arial"/>
                <w:sz w:val="26"/>
                <w:rtl/>
                <w:szCs w:val="26"/>
              </w:rPr>
              <w:t>☐</w:t>
            </w:r>
          </w:p>
        </w:tc>
        <w:tc>
          <w:tcPr>
            <w:tcW w:type="dxa" w:w="1738"/>
          </w:tcPr>
          <w:p>
            <w:pPr>
              <w:bidi/>
              <w:jc w:val="right"/>
            </w:pPr>
            <w:r>
              <w:rPr>
                <w:rFonts w:ascii="Arial" w:hAnsi="Arial" w:cs="Arial"/>
                <w:sz w:val="26"/>
                <w:rtl/>
                <w:szCs w:val="26"/>
              </w:rPr>
              <w:t>☐</w:t>
            </w:r>
          </w:p>
        </w:tc>
        <w:tc>
          <w:tcPr>
            <w:tcW w:type="dxa" w:w="1738"/>
          </w:tcPr>
          <w:p>
            <w:pPr>
              <w:bidi/>
              <w:jc w:val="right"/>
            </w:pPr>
            <w:r>
              <w:rPr>
                <w:rFonts w:ascii="Arial" w:hAnsi="Arial" w:cs="Arial"/>
                <w:sz w:val="26"/>
                <w:rtl/>
                <w:szCs w:val="26"/>
              </w:rPr>
              <w:t>☐</w:t>
            </w:r>
          </w:p>
        </w:tc>
      </w:tr>
    </w:tbl>
    <w:p>
      <w:pPr>
        <w:bidi/>
        <w:jc w:val="right"/>
      </w:pPr>
    </w:p>
    <w:p>
      <w:pPr>
        <w:bidi/>
        <w:jc w:val="right"/>
      </w:pPr>
      <w:r>
        <w:rPr>
          <w:rFonts w:ascii="Arial" w:hAnsi="Arial" w:cs="Arial"/>
          <w:sz w:val="28"/>
          <w:rtl/>
          <w:szCs w:val="28"/>
        </w:rPr>
        <w:t>🚪 קוד היציאה: ______________</w:t>
      </w:r>
    </w:p>
    <w:p>
      <w:pPr>
        <w:bidi/>
        <w:pStyle w:val="Heading2"/>
        <w:jc w:val="right"/>
      </w:pPr>
      <w:r>
        <w:rPr>
          <w:rFonts w:ascii="Arial" w:hAnsi="Arial" w:cs="Arial"/>
          <w:b/>
          <w:color w:val="6A3FD4"/>
          <w:sz w:val="32"/>
          <w:rtl/>
          <w:szCs w:val="32"/>
          <w:bCs/>
        </w:rPr>
        <w:t>⏳🗂️ 🧩 מְמַיְּנִים וּמְסַדְּרִים</w:t>
      </w:r>
    </w:p>
    <w:p>
      <w:pPr>
        <w:bidi/>
        <w:jc w:val="right"/>
      </w:pPr>
      <w:r>
        <w:rPr>
          <w:rFonts w:ascii="Arial" w:hAnsi="Arial" w:cs="Arial"/>
          <w:color w:val="555577"/>
          <w:sz w:val="28"/>
          <w:rtl/>
          <w:szCs w:val="28"/>
        </w:rPr>
        <w:t>חֻלְצָה, אֳנִיּוֹת וּפֵרוֹת – כֻּלָּם חֵלֶק מֵהַכְּפָר הָעוֹלָמִי. סַדְּרוּ וּמַיְּנוּ!</w:t>
      </w:r>
    </w:p>
    <w:p>
      <w:pPr>
        <w:bidi/>
        <w:jc w:val="right"/>
      </w:pPr>
      <w:r>
        <w:rPr>
          <w:rFonts w:ascii="Arial" w:hAnsi="Arial" w:cs="Arial"/>
          <w:sz w:val="28"/>
          <w:rtl/>
          <w:szCs w:val="28"/>
        </w:rPr>
        <w:t>סַדְּרוּ אֶת הַמַּסָּע שֶׁל חֻלְצַת כֻּתְנָה – מֵהַהַתְחָלָה עַד הַסּוֹף. – מספרו לפי הסדר (1 = ראשון):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E5DBFF"/>
          </w:tcPr>
          <w:p>
            <w:pPr>
              <w:bidi/>
              <w:jc w:val="right"/>
            </w:pPr>
            <w:r>
              <w:rPr>
                <w:rFonts w:ascii="Arial" w:hAnsi="Arial" w:cs="Arial"/>
                <w:b/>
                <w:sz w:val="26"/>
                <w:rtl/>
                <w:szCs w:val="26"/>
                <w:bCs/>
              </w:rPr>
              <w:t>מספר</w:t>
            </w:r>
          </w:p>
        </w:tc>
        <w:tc>
          <w:tcPr>
            <w:tcW w:type="dxa" w:w="5213"/>
            <w:shd w:val="clear" w:fill="E5DBFF"/>
          </w:tcPr>
          <w:p>
            <w:pPr>
              <w:bidi/>
              <w:jc w:val="right"/>
            </w:pPr>
            <w:r>
              <w:rPr>
                <w:rFonts w:ascii="Arial" w:hAnsi="Arial" w:cs="Arial"/>
                <w:b/>
                <w:sz w:val="26"/>
                <w:rtl/>
                <w:szCs w:val="26"/>
                <w:bCs/>
              </w:rPr>
              <w:t>האירוע / השלב</w:t>
            </w:r>
          </w:p>
        </w:tc>
      </w:tr>
      <w:tr>
        <w:tc>
          <w:tcPr>
            <w:tcW w:type="dxa" w:w="5213"/>
          </w:tcPr>
          <w:p>
            <w:pPr>
              <w:bidi/>
              <w:jc w:val="right"/>
            </w:pPr>
            <w:r>
              <w:rPr>
                <w:rFonts w:ascii="Arial" w:hAnsi="Arial" w:cs="Arial"/>
                <w:sz w:val="26"/>
                <w:rtl/>
                <w:szCs w:val="26"/>
              </w:rPr>
              <w:t>( )</w:t>
            </w:r>
          </w:p>
        </w:tc>
        <w:tc>
          <w:tcPr>
            <w:tcW w:type="dxa" w:w="5213"/>
          </w:tcPr>
          <w:p>
            <w:pPr>
              <w:bidi/>
              <w:jc w:val="right"/>
            </w:pPr>
            <w:r>
              <w:rPr>
                <w:rFonts w:ascii="Arial" w:hAnsi="Arial" w:cs="Arial"/>
                <w:sz w:val="26"/>
                <w:rtl/>
                <w:szCs w:val="26"/>
              </w:rPr>
              <w:t>כֻּתְנָה גְּדֵלָה בַּשָּׂדֶה</w:t>
            </w:r>
          </w:p>
        </w:tc>
      </w:tr>
      <w:tr>
        <w:tc>
          <w:tcPr>
            <w:tcW w:type="dxa" w:w="5213"/>
          </w:tcPr>
          <w:p>
            <w:pPr>
              <w:bidi/>
              <w:jc w:val="right"/>
            </w:pPr>
            <w:r>
              <w:rPr>
                <w:rFonts w:ascii="Arial" w:hAnsi="Arial" w:cs="Arial"/>
                <w:sz w:val="26"/>
                <w:rtl/>
                <w:szCs w:val="26"/>
              </w:rPr>
              <w:t>( )</w:t>
            </w:r>
          </w:p>
        </w:tc>
        <w:tc>
          <w:tcPr>
            <w:tcW w:type="dxa" w:w="5213"/>
          </w:tcPr>
          <w:p>
            <w:pPr>
              <w:bidi/>
              <w:jc w:val="right"/>
            </w:pPr>
            <w:r>
              <w:rPr>
                <w:rFonts w:ascii="Arial" w:hAnsi="Arial" w:cs="Arial"/>
                <w:sz w:val="26"/>
                <w:rtl/>
                <w:szCs w:val="26"/>
              </w:rPr>
              <w:t>תּוֹפְרִים חֻלְצָה בַּמִּפְעָל</w:t>
            </w:r>
          </w:p>
        </w:tc>
      </w:tr>
      <w:tr>
        <w:tc>
          <w:tcPr>
            <w:tcW w:type="dxa" w:w="5213"/>
          </w:tcPr>
          <w:p>
            <w:pPr>
              <w:bidi/>
              <w:jc w:val="right"/>
            </w:pPr>
            <w:r>
              <w:rPr>
                <w:rFonts w:ascii="Arial" w:hAnsi="Arial" w:cs="Arial"/>
                <w:sz w:val="26"/>
                <w:rtl/>
                <w:szCs w:val="26"/>
              </w:rPr>
              <w:t>( )</w:t>
            </w:r>
          </w:p>
        </w:tc>
        <w:tc>
          <w:tcPr>
            <w:tcW w:type="dxa" w:w="5213"/>
          </w:tcPr>
          <w:p>
            <w:pPr>
              <w:bidi/>
              <w:jc w:val="right"/>
            </w:pPr>
            <w:r>
              <w:rPr>
                <w:rFonts w:ascii="Arial" w:hAnsi="Arial" w:cs="Arial"/>
                <w:sz w:val="26"/>
                <w:rtl/>
                <w:szCs w:val="26"/>
              </w:rPr>
              <w:t>מַכְנִיסִים אֶת הַחֻלְצוֹת לִמְכוֹלָה</w:t>
            </w:r>
          </w:p>
        </w:tc>
      </w:tr>
      <w:tr>
        <w:tc>
          <w:tcPr>
            <w:tcW w:type="dxa" w:w="5213"/>
          </w:tcPr>
          <w:p>
            <w:pPr>
              <w:bidi/>
              <w:jc w:val="right"/>
            </w:pPr>
            <w:r>
              <w:rPr>
                <w:rFonts w:ascii="Arial" w:hAnsi="Arial" w:cs="Arial"/>
                <w:sz w:val="26"/>
                <w:rtl/>
                <w:szCs w:val="26"/>
              </w:rPr>
              <w:t>( )</w:t>
            </w:r>
          </w:p>
        </w:tc>
        <w:tc>
          <w:tcPr>
            <w:tcW w:type="dxa" w:w="5213"/>
          </w:tcPr>
          <w:p>
            <w:pPr>
              <w:bidi/>
              <w:jc w:val="right"/>
            </w:pPr>
            <w:r>
              <w:rPr>
                <w:rFonts w:ascii="Arial" w:hAnsi="Arial" w:cs="Arial"/>
                <w:sz w:val="26"/>
                <w:rtl/>
                <w:szCs w:val="26"/>
              </w:rPr>
              <w:t>הַחֻלְצָה מְחַכָּה עַל הַמַּדָּף בַּחֲנוּת</w:t>
            </w:r>
          </w:p>
        </w:tc>
      </w:tr>
      <w:tr>
        <w:tc>
          <w:tcPr>
            <w:tcW w:type="dxa" w:w="5213"/>
          </w:tcPr>
          <w:p>
            <w:pPr>
              <w:bidi/>
              <w:jc w:val="right"/>
            </w:pPr>
            <w:r>
              <w:rPr>
                <w:rFonts w:ascii="Arial" w:hAnsi="Arial" w:cs="Arial"/>
                <w:sz w:val="26"/>
                <w:rtl/>
                <w:szCs w:val="26"/>
              </w:rPr>
              <w:t>( )</w:t>
            </w:r>
          </w:p>
        </w:tc>
        <w:tc>
          <w:tcPr>
            <w:tcW w:type="dxa" w:w="5213"/>
          </w:tcPr>
          <w:p>
            <w:pPr>
              <w:bidi/>
              <w:jc w:val="right"/>
            </w:pPr>
            <w:r>
              <w:rPr>
                <w:rFonts w:ascii="Arial" w:hAnsi="Arial" w:cs="Arial"/>
                <w:sz w:val="26"/>
                <w:rtl/>
                <w:szCs w:val="26"/>
              </w:rPr>
              <w:t>הָאֳנִיָּה מַפְלִיגָה לַנָּמָל</w:t>
            </w:r>
          </w:p>
        </w:tc>
      </w:tr>
      <w:tr>
        <w:tc>
          <w:tcPr>
            <w:tcW w:type="dxa" w:w="5213"/>
          </w:tcPr>
          <w:p>
            <w:pPr>
              <w:bidi/>
              <w:jc w:val="right"/>
            </w:pPr>
            <w:r>
              <w:rPr>
                <w:rFonts w:ascii="Arial" w:hAnsi="Arial" w:cs="Arial"/>
                <w:sz w:val="26"/>
                <w:rtl/>
                <w:szCs w:val="26"/>
              </w:rPr>
              <w:t>( )</w:t>
            </w:r>
          </w:p>
        </w:tc>
        <w:tc>
          <w:tcPr>
            <w:tcW w:type="dxa" w:w="5213"/>
          </w:tcPr>
          <w:p>
            <w:pPr>
              <w:bidi/>
              <w:jc w:val="right"/>
            </w:pPr>
            <w:r>
              <w:rPr>
                <w:rFonts w:ascii="Arial" w:hAnsi="Arial" w:cs="Arial"/>
                <w:sz w:val="26"/>
                <w:rtl/>
                <w:szCs w:val="26"/>
              </w:rPr>
              <w:t>טוֹוִים מֵהַכֻּתְנָה חוּטִים</w:t>
            </w:r>
          </w:p>
        </w:tc>
      </w:tr>
    </w:tbl>
    <w:p>
      <w:pPr>
        <w:bidi/>
        <w:jc w:val="right"/>
      </w:pPr>
    </w:p>
    <w:p>
      <w:pPr>
        <w:bidi/>
        <w:jc w:val="right"/>
      </w:pPr>
      <w:r>
        <w:rPr>
          <w:rFonts w:ascii="Arial" w:hAnsi="Arial" w:cs="Arial"/>
          <w:sz w:val="28"/>
          <w:rtl/>
          <w:szCs w:val="28"/>
        </w:rPr>
        <w:t>מַיְּנוּ: מָה טוֹב בַּכְּפָר הָעוֹלָמִי, וּמָה פָּחוֹת טוֹב? – סמנו ✓ בעמודה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6"/>
                <w:rtl/>
                <w:szCs w:val="26"/>
                <w:bCs/>
              </w:rPr>
              <w:t>כרטיס</w:t>
            </w:r>
          </w:p>
        </w:tc>
        <w:tc>
          <w:tcPr>
            <w:tcW w:type="dxa" w:w="3475"/>
            <w:shd w:val="clear" w:fill="E5DBFF"/>
          </w:tcPr>
          <w:p>
            <w:pPr>
              <w:bidi/>
              <w:jc w:val="right"/>
            </w:pPr>
            <w:r>
              <w:rPr>
                <w:rFonts w:ascii="Arial" w:hAnsi="Arial" w:cs="Arial"/>
                <w:b/>
                <w:sz w:val="26"/>
                <w:rtl/>
                <w:szCs w:val="26"/>
                <w:bCs/>
              </w:rPr>
              <w:t>יִתְרוֹן 👍</w:t>
            </w:r>
          </w:p>
        </w:tc>
        <w:tc>
          <w:tcPr>
            <w:tcW w:type="dxa" w:w="3475"/>
            <w:shd w:val="clear" w:fill="E5DBFF"/>
          </w:tcPr>
          <w:p>
            <w:pPr>
              <w:bidi/>
              <w:jc w:val="right"/>
            </w:pPr>
            <w:r>
              <w:rPr>
                <w:rFonts w:ascii="Arial" w:hAnsi="Arial" w:cs="Arial"/>
                <w:b/>
                <w:sz w:val="26"/>
                <w:rtl/>
                <w:szCs w:val="26"/>
                <w:bCs/>
              </w:rPr>
              <w:t>חִסָּרוֹן 👎</w:t>
            </w:r>
          </w:p>
        </w:tc>
      </w:tr>
      <w:tr>
        <w:tc>
          <w:tcPr>
            <w:tcW w:type="dxa" w:w="3475"/>
          </w:tcPr>
          <w:p>
            <w:pPr>
              <w:bidi/>
              <w:jc w:val="right"/>
            </w:pPr>
            <w:r>
              <w:rPr>
                <w:rFonts w:ascii="Arial" w:hAnsi="Arial" w:cs="Arial"/>
                <w:sz w:val="26"/>
                <w:rtl/>
                <w:szCs w:val="26"/>
              </w:rPr>
              <w:t>מַכִּירִים תַּרְבֻּיּוֹת שֶׁל אֲנָשִׁים אֲחֵרִים</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בַּעֲלֵי מְלָאכָה מְקוֹמִיִּים מִתְקַשִּׁים לְהִתְחָרוֹת</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אֳנִיּוֹת וּמְטוֹסִים מְזַהֲמִים אֶת הָאֲוִיר</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קוֹנִים הַרְבֵּה וְזוֹרְקִים הַרְבֵּה</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אֶפְשָׁר לֶאֱכֹל פֵּרוֹת מִכָּל הָעוֹלָם</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יֵשׁ עֲבוֹדָה לַאֲנָשִׁים בַּאֲרָצוֹת רַבּוֹת</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bl>
    <w:p>
      <w:pPr>
        <w:bidi/>
        <w:jc w:val="right"/>
      </w:pPr>
    </w:p>
    <w:p>
      <w:pPr>
        <w:bidi/>
        <w:jc w:val="right"/>
      </w:pPr>
      <w:r>
        <w:rPr>
          <w:rFonts w:ascii="Arial" w:hAnsi="Arial" w:cs="Arial"/>
          <w:sz w:val="28"/>
          <w:rtl/>
          <w:szCs w:val="28"/>
        </w:rPr>
        <w:t>אֵיךְ הֲכִי כְּדַאי לְהוֹבִיל? מַיְּנוּ לְפִי כְּלִי הַהוֹבָלָה. – סמנו ✓ בעמודה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6"/>
                <w:rtl/>
                <w:szCs w:val="26"/>
                <w:bCs/>
              </w:rPr>
              <w:t>כרטיס</w:t>
            </w:r>
          </w:p>
        </w:tc>
        <w:tc>
          <w:tcPr>
            <w:tcW w:type="dxa" w:w="2606"/>
            <w:shd w:val="clear" w:fill="E5DBFF"/>
          </w:tcPr>
          <w:p>
            <w:pPr>
              <w:bidi/>
              <w:jc w:val="right"/>
            </w:pPr>
            <w:r>
              <w:rPr>
                <w:rFonts w:ascii="Arial" w:hAnsi="Arial" w:cs="Arial"/>
                <w:b/>
                <w:sz w:val="26"/>
                <w:rtl/>
                <w:szCs w:val="26"/>
                <w:bCs/>
              </w:rPr>
              <w:t>אֳנִיָּה 🚢</w:t>
            </w:r>
          </w:p>
        </w:tc>
        <w:tc>
          <w:tcPr>
            <w:tcW w:type="dxa" w:w="2606"/>
            <w:shd w:val="clear" w:fill="E5DBFF"/>
          </w:tcPr>
          <w:p>
            <w:pPr>
              <w:bidi/>
              <w:jc w:val="right"/>
            </w:pPr>
            <w:r>
              <w:rPr>
                <w:rFonts w:ascii="Arial" w:hAnsi="Arial" w:cs="Arial"/>
                <w:b/>
                <w:sz w:val="26"/>
                <w:rtl/>
                <w:szCs w:val="26"/>
                <w:bCs/>
              </w:rPr>
              <w:t>מָטוֹס ✈️</w:t>
            </w:r>
          </w:p>
        </w:tc>
        <w:tc>
          <w:tcPr>
            <w:tcW w:type="dxa" w:w="2606"/>
            <w:shd w:val="clear" w:fill="E5DBFF"/>
          </w:tcPr>
          <w:p>
            <w:pPr>
              <w:bidi/>
              <w:jc w:val="right"/>
            </w:pPr>
            <w:r>
              <w:rPr>
                <w:rFonts w:ascii="Arial" w:hAnsi="Arial" w:cs="Arial"/>
                <w:b/>
                <w:sz w:val="26"/>
                <w:rtl/>
                <w:szCs w:val="26"/>
                <w:bCs/>
              </w:rPr>
              <w:t>מַשָּׂאִית 🚚</w:t>
            </w:r>
          </w:p>
        </w:tc>
      </w:tr>
      <w:tr>
        <w:tc>
          <w:tcPr>
            <w:tcW w:type="dxa" w:w="2606"/>
          </w:tcPr>
          <w:p>
            <w:pPr>
              <w:bidi/>
              <w:jc w:val="right"/>
            </w:pPr>
            <w:r>
              <w:rPr>
                <w:rFonts w:ascii="Arial" w:hAnsi="Arial" w:cs="Arial"/>
                <w:sz w:val="26"/>
                <w:rtl/>
                <w:szCs w:val="26"/>
              </w:rPr>
              <w:t>חָלָב מֵהָרֶפֶת לַחֲנוּת בָּעִיר</w:t>
            </w:r>
          </w:p>
        </w:tc>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w:t>
            </w:r>
          </w:p>
        </w:tc>
      </w:tr>
      <w:tr>
        <w:tc>
          <w:tcPr>
            <w:tcW w:type="dxa" w:w="2606"/>
          </w:tcPr>
          <w:p>
            <w:pPr>
              <w:bidi/>
              <w:jc w:val="right"/>
            </w:pPr>
            <w:r>
              <w:rPr>
                <w:rFonts w:ascii="Arial" w:hAnsi="Arial" w:cs="Arial"/>
                <w:sz w:val="26"/>
                <w:rtl/>
                <w:szCs w:val="26"/>
              </w:rPr>
              <w:t>עֵצִים כְּבֵדִים לִבְנִיַּת רָהִיטִים מֵעֵבֶר לַיָּם</w:t>
            </w:r>
          </w:p>
        </w:tc>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w:t>
            </w:r>
          </w:p>
        </w:tc>
      </w:tr>
      <w:tr>
        <w:tc>
          <w:tcPr>
            <w:tcW w:type="dxa" w:w="2606"/>
          </w:tcPr>
          <w:p>
            <w:pPr>
              <w:bidi/>
              <w:jc w:val="right"/>
            </w:pPr>
            <w:r>
              <w:rPr>
                <w:rFonts w:ascii="Arial" w:hAnsi="Arial" w:cs="Arial"/>
                <w:sz w:val="26"/>
                <w:rtl/>
                <w:szCs w:val="26"/>
              </w:rPr>
              <w:t>תְּרוּפָה דְּחוּפָה לְמָקוֹם רָחוֹק</w:t>
            </w:r>
          </w:p>
        </w:tc>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w:t>
            </w:r>
          </w:p>
        </w:tc>
      </w:tr>
      <w:tr>
        <w:tc>
          <w:tcPr>
            <w:tcW w:type="dxa" w:w="2606"/>
          </w:tcPr>
          <w:p>
            <w:pPr>
              <w:bidi/>
              <w:jc w:val="right"/>
            </w:pPr>
            <w:r>
              <w:rPr>
                <w:rFonts w:ascii="Arial" w:hAnsi="Arial" w:cs="Arial"/>
                <w:sz w:val="26"/>
                <w:rtl/>
                <w:szCs w:val="26"/>
              </w:rPr>
              <w:t>פְּרָחִים טְרִיִּים לְאֶרֶץ רְחוֹקָה</w:t>
            </w:r>
          </w:p>
        </w:tc>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w:t>
            </w:r>
          </w:p>
        </w:tc>
      </w:tr>
      <w:tr>
        <w:tc>
          <w:tcPr>
            <w:tcW w:type="dxa" w:w="2606"/>
          </w:tcPr>
          <w:p>
            <w:pPr>
              <w:bidi/>
              <w:jc w:val="right"/>
            </w:pPr>
            <w:r>
              <w:rPr>
                <w:rFonts w:ascii="Arial" w:hAnsi="Arial" w:cs="Arial"/>
                <w:sz w:val="26"/>
                <w:rtl/>
                <w:szCs w:val="26"/>
              </w:rPr>
              <w:t>אַלְפֵי שַׂקֵּי אֹרֶז מִיַּבֶּשֶׁת אַחֶרֶת</w:t>
            </w:r>
          </w:p>
        </w:tc>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w:t>
            </w:r>
          </w:p>
        </w:tc>
      </w:tr>
      <w:tr>
        <w:tc>
          <w:tcPr>
            <w:tcW w:type="dxa" w:w="2606"/>
          </w:tcPr>
          <w:p>
            <w:pPr>
              <w:bidi/>
              <w:jc w:val="right"/>
            </w:pPr>
            <w:r>
              <w:rPr>
                <w:rFonts w:ascii="Arial" w:hAnsi="Arial" w:cs="Arial"/>
                <w:sz w:val="26"/>
                <w:rtl/>
                <w:szCs w:val="26"/>
              </w:rPr>
              <w:t>אֶלֶף מְכוֹנִיּוֹת חֲדָשׁוֹת</w:t>
            </w:r>
          </w:p>
        </w:tc>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w:t>
            </w:r>
          </w:p>
        </w:tc>
      </w:tr>
      <w:tr>
        <w:tc>
          <w:tcPr>
            <w:tcW w:type="dxa" w:w="2606"/>
          </w:tcPr>
          <w:p>
            <w:pPr>
              <w:bidi/>
              <w:jc w:val="right"/>
            </w:pPr>
            <w:r>
              <w:rPr>
                <w:rFonts w:ascii="Arial" w:hAnsi="Arial" w:cs="Arial"/>
                <w:sz w:val="26"/>
                <w:rtl/>
                <w:szCs w:val="26"/>
              </w:rPr>
              <w:t>לֶחֶם מֵהַמַּאֲפִיָּה לָעִיר הַסְּמוּכָה</w:t>
            </w:r>
          </w:p>
        </w:tc>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רצועות מיון לגזירה</w:t>
      </w:r>
    </w:p>
    <w:p>
      <w:pPr>
        <w:bidi/>
        <w:jc w:val="right"/>
      </w:pPr>
      <w:r>
        <w:rPr>
          <w:rFonts w:ascii="Arial" w:hAnsi="Arial" w:cs="Arial"/>
          <w:sz w:val="28"/>
          <w:rtl/>
          <w:szCs w:val="28"/>
        </w:rPr>
        <w:t>• כֻּתְנָה גְּדֵלָה בַּשָּׂדֶה</w:t>
      </w:r>
    </w:p>
    <w:p>
      <w:pPr>
        <w:bidi/>
        <w:jc w:val="right"/>
      </w:pPr>
      <w:r>
        <w:rPr>
          <w:rFonts w:ascii="Arial" w:hAnsi="Arial" w:cs="Arial"/>
          <w:sz w:val="28"/>
          <w:rtl/>
          <w:szCs w:val="28"/>
        </w:rPr>
        <w:t>• טוֹוִים מֵהַכֻּתְנָה חוּטִים</w:t>
      </w:r>
    </w:p>
    <w:p>
      <w:pPr>
        <w:bidi/>
        <w:jc w:val="right"/>
      </w:pPr>
      <w:r>
        <w:rPr>
          <w:rFonts w:ascii="Arial" w:hAnsi="Arial" w:cs="Arial"/>
          <w:sz w:val="28"/>
          <w:rtl/>
          <w:szCs w:val="28"/>
        </w:rPr>
        <w:t>• תּוֹפְרִים חֻלְצָה בַּמִּפְעָל</w:t>
      </w:r>
    </w:p>
    <w:p>
      <w:pPr>
        <w:bidi/>
        <w:jc w:val="right"/>
      </w:pPr>
      <w:r>
        <w:rPr>
          <w:rFonts w:ascii="Arial" w:hAnsi="Arial" w:cs="Arial"/>
          <w:sz w:val="28"/>
          <w:rtl/>
          <w:szCs w:val="28"/>
        </w:rPr>
        <w:t>• מַכְנִיסִים אֶת הַחֻלְצוֹת לִמְכוֹלָה</w:t>
      </w:r>
    </w:p>
    <w:p>
      <w:pPr>
        <w:bidi/>
        <w:jc w:val="right"/>
      </w:pPr>
      <w:r>
        <w:rPr>
          <w:rFonts w:ascii="Arial" w:hAnsi="Arial" w:cs="Arial"/>
          <w:sz w:val="28"/>
          <w:rtl/>
          <w:szCs w:val="28"/>
        </w:rPr>
        <w:t>• הָאֳנִיָּה מַפְלִיגָה לַנָּמָל</w:t>
      </w:r>
    </w:p>
    <w:p>
      <w:pPr>
        <w:bidi/>
        <w:jc w:val="right"/>
      </w:pPr>
      <w:r>
        <w:rPr>
          <w:rFonts w:ascii="Arial" w:hAnsi="Arial" w:cs="Arial"/>
          <w:sz w:val="28"/>
          <w:rtl/>
          <w:szCs w:val="28"/>
        </w:rPr>
        <w:t>• הַחֻלְצָה מְחַכָּה עַל הַמַּדָּף בַּחֲנוּת</w:t>
      </w:r>
    </w:p>
    <w:p>
      <w:pPr>
        <w:bidi/>
        <w:jc w:val="right"/>
      </w:pPr>
      <w:r>
        <w:rPr>
          <w:rFonts w:ascii="Arial" w:hAnsi="Arial" w:cs="Arial"/>
          <w:sz w:val="28"/>
          <w:rtl/>
          <w:szCs w:val="28"/>
        </w:rPr>
        <w:t>• אֶפְשָׁר לֶאֱכֹל פֵּרוֹת מִכָּל הָעוֹלָם</w:t>
      </w:r>
    </w:p>
    <w:p>
      <w:pPr>
        <w:bidi/>
        <w:jc w:val="right"/>
      </w:pPr>
      <w:r>
        <w:rPr>
          <w:rFonts w:ascii="Arial" w:hAnsi="Arial" w:cs="Arial"/>
          <w:sz w:val="28"/>
          <w:rtl/>
          <w:szCs w:val="28"/>
        </w:rPr>
        <w:t>• אֳנִיּוֹת וּמְטוֹסִים מְזַהֲמִים אֶת הָאֲוִיר</w:t>
      </w:r>
    </w:p>
    <w:p>
      <w:pPr>
        <w:bidi/>
        <w:jc w:val="right"/>
      </w:pPr>
      <w:r>
        <w:rPr>
          <w:rFonts w:ascii="Arial" w:hAnsi="Arial" w:cs="Arial"/>
          <w:sz w:val="28"/>
          <w:rtl/>
          <w:szCs w:val="28"/>
        </w:rPr>
        <w:t>• מַכִּירִים תַּרְבֻּיּוֹת שֶׁל אֲנָשִׁים אֲחֵרִים</w:t>
      </w:r>
    </w:p>
    <w:p>
      <w:pPr>
        <w:bidi/>
        <w:jc w:val="right"/>
      </w:pPr>
      <w:r>
        <w:rPr>
          <w:rFonts w:ascii="Arial" w:hAnsi="Arial" w:cs="Arial"/>
          <w:sz w:val="28"/>
          <w:rtl/>
          <w:szCs w:val="28"/>
        </w:rPr>
        <w:t>• קוֹנִים הַרְבֵּה וְזוֹרְקִים הַרְבֵּה</w:t>
      </w:r>
    </w:p>
    <w:p>
      <w:pPr>
        <w:bidi/>
        <w:jc w:val="right"/>
      </w:pPr>
      <w:r>
        <w:rPr>
          <w:rFonts w:ascii="Arial" w:hAnsi="Arial" w:cs="Arial"/>
          <w:sz w:val="28"/>
          <w:rtl/>
          <w:szCs w:val="28"/>
        </w:rPr>
        <w:t>• יֵשׁ עֲבוֹדָה לַאֲנָשִׁים בַּאֲרָצוֹת רַבּוֹת</w:t>
      </w:r>
    </w:p>
    <w:p>
      <w:pPr>
        <w:bidi/>
        <w:jc w:val="right"/>
      </w:pPr>
      <w:r>
        <w:rPr>
          <w:rFonts w:ascii="Arial" w:hAnsi="Arial" w:cs="Arial"/>
          <w:sz w:val="28"/>
          <w:rtl/>
          <w:szCs w:val="28"/>
        </w:rPr>
        <w:t>• בַּעֲלֵי מְלָאכָה מְקוֹמִיִּים מִתְקַשִּׁים לְהִתְחָרוֹת</w:t>
      </w:r>
    </w:p>
    <w:p>
      <w:pPr>
        <w:bidi/>
        <w:jc w:val="right"/>
      </w:pPr>
      <w:r>
        <w:rPr>
          <w:rFonts w:ascii="Arial" w:hAnsi="Arial" w:cs="Arial"/>
          <w:sz w:val="28"/>
          <w:rtl/>
          <w:szCs w:val="28"/>
        </w:rPr>
        <w:t>• פְּרָחִים טְרִיִּים לְאֶרֶץ רְחוֹקָה</w:t>
      </w:r>
    </w:p>
    <w:p>
      <w:pPr>
        <w:bidi/>
        <w:jc w:val="right"/>
      </w:pPr>
      <w:r>
        <w:rPr>
          <w:rFonts w:ascii="Arial" w:hAnsi="Arial" w:cs="Arial"/>
          <w:sz w:val="28"/>
          <w:rtl/>
          <w:szCs w:val="28"/>
        </w:rPr>
        <w:t>• אֶלֶף מְכוֹנִיּוֹת חֲדָשׁוֹת</w:t>
      </w:r>
    </w:p>
    <w:p>
      <w:pPr>
        <w:bidi/>
        <w:jc w:val="right"/>
      </w:pPr>
      <w:r>
        <w:rPr>
          <w:rFonts w:ascii="Arial" w:hAnsi="Arial" w:cs="Arial"/>
          <w:sz w:val="28"/>
          <w:rtl/>
          <w:szCs w:val="28"/>
        </w:rPr>
        <w:t>• לֶחֶם מֵהַמַּאֲפִיָּה לָעִיר הַסְּמוּכָה</w:t>
      </w:r>
    </w:p>
    <w:p>
      <w:pPr>
        <w:bidi/>
        <w:jc w:val="right"/>
      </w:pPr>
      <w:r>
        <w:rPr>
          <w:rFonts w:ascii="Arial" w:hAnsi="Arial" w:cs="Arial"/>
          <w:sz w:val="28"/>
          <w:rtl/>
          <w:szCs w:val="28"/>
        </w:rPr>
        <w:t>• אַלְפֵי שַׂקֵּי אֹרֶז מִיַּבֶּשֶׁת אַחֶרֶת</w:t>
      </w:r>
    </w:p>
    <w:p>
      <w:pPr>
        <w:bidi/>
        <w:jc w:val="right"/>
      </w:pPr>
      <w:r>
        <w:rPr>
          <w:rFonts w:ascii="Arial" w:hAnsi="Arial" w:cs="Arial"/>
          <w:sz w:val="28"/>
          <w:rtl/>
          <w:szCs w:val="28"/>
        </w:rPr>
        <w:t>• תְּרוּפָה דְּחוּפָה לְמָקוֹם רָחוֹק</w:t>
      </w:r>
    </w:p>
    <w:p>
      <w:pPr>
        <w:bidi/>
        <w:jc w:val="right"/>
      </w:pPr>
      <w:r>
        <w:rPr>
          <w:rFonts w:ascii="Arial" w:hAnsi="Arial" w:cs="Arial"/>
          <w:sz w:val="28"/>
          <w:rtl/>
          <w:szCs w:val="28"/>
        </w:rPr>
        <w:t>• חָלָב מֵהָרֶפֶת לַחֲנוּת בָּעִיר</w:t>
      </w:r>
    </w:p>
    <w:p>
      <w:pPr>
        <w:bidi/>
        <w:jc w:val="right"/>
      </w:pPr>
      <w:r>
        <w:rPr>
          <w:rFonts w:ascii="Arial" w:hAnsi="Arial" w:cs="Arial"/>
          <w:sz w:val="28"/>
          <w:rtl/>
          <w:szCs w:val="28"/>
        </w:rPr>
        <w:t>• עֵצִים כְּבֵדִים לִבְנִיַּת רָהִיטִים מֵעֵבֶר לַיָּם</w:t>
      </w:r>
    </w:p>
    <w:p>
      <w:pPr>
        <w:bidi/>
        <w:jc w:val="right"/>
      </w:pPr>
      <w:r>
        <w:rPr>
          <w:rFonts w:ascii="Arial" w:hAnsi="Arial" w:cs="Arial"/>
          <w:color w:val="888888"/>
          <w:sz w:val="22"/>
          <w:rtl/>
          <w:szCs w:val="22"/>
        </w:rPr>
        <w:t>✂ - - - - - - - - - - - - - - - - - - - - - - - - - - - - - - - -</w:t>
      </w:r>
    </w:p>
    <w:p>
      <w:r>
        <w:br w:type="page"/>
      </w:r>
    </w:p>
    <w:p>
      <w:pPr>
        <w:bidi/>
        <w:pStyle w:val="Heading1"/>
        <w:jc w:val="right"/>
      </w:pPr>
      <w:r>
        <w:rPr>
          <w:rFonts w:ascii="Arial" w:hAnsi="Arial" w:cs="Arial"/>
          <w:b/>
          <w:color w:val="4B2BA8"/>
          <w:sz w:val="40"/>
          <w:rtl/>
          <w:szCs w:val="40"/>
          <w:bCs/>
        </w:rPr>
        <w:t>חלק ג׳ – 🔮 🔮 הַחֻלְצָה שֶׁל אַגַּם</w:t>
      </w:r>
    </w:p>
    <w:p>
      <w:pPr>
        <w:bidi/>
        <w:jc w:val="right"/>
      </w:pPr>
      <w:r>
        <w:rPr>
          <w:rFonts w:ascii="Arial" w:hAnsi="Arial" w:cs="Arial"/>
          <w:color w:val="555577"/>
          <w:sz w:val="28"/>
          <w:rtl/>
          <w:szCs w:val="28"/>
        </w:rPr>
        <w:t>קראו כל קטע, הקיפו את הניבוי שלכם – ורק אז המורה תקרא את ההמשך.</w:t>
      </w:r>
    </w:p>
    <w:p>
      <w:pPr>
        <w:bidi/>
        <w:jc w:val="right"/>
      </w:pPr>
      <w:r>
        <w:rPr>
          <w:rFonts w:ascii="Arial" w:hAnsi="Arial" w:cs="Arial"/>
          <w:b/>
          <w:color w:val="6A3FD4"/>
          <w:sz w:val="26"/>
          <w:rtl/>
          <w:szCs w:val="26"/>
          <w:bCs/>
        </w:rPr>
        <w:t>▌ קטע 1</w:t>
      </w:r>
    </w:p>
    <w:p>
      <w:pPr>
        <w:bidi/>
        <w:jc w:val="right"/>
      </w:pPr>
      <w:r>
        <w:rPr>
          <w:rFonts w:ascii="Arial" w:hAnsi="Arial" w:cs="Arial"/>
          <w:sz w:val="28"/>
          <w:rtl/>
          <w:szCs w:val="28"/>
        </w:rPr>
        <w:t>אַגַּם קִבְּלָה חֻלְצָה חֲדָשָׁה. עַל הַתָּוִית כָּתוּב שֶׁהִיא נִתְפְּרָה בְּאַסְיָה, רָחוֹק מְאוֹד.</w:t>
      </w:r>
    </w:p>
    <w:p>
      <w:pPr>
        <w:bidi/>
        <w:jc w:val="right"/>
      </w:pPr>
      <w:r>
        <w:rPr>
          <w:rFonts w:ascii="Arial" w:hAnsi="Arial" w:cs="Arial"/>
          <w:b/>
          <w:sz w:val="28"/>
          <w:rtl/>
          <w:szCs w:val="28"/>
          <w:bCs/>
        </w:rPr>
        <w:t>1. לָמָּה תָּפְרוּ אוֹתָהּ כָּל כָּךְ רָחוֹק?</w:t>
      </w:r>
    </w:p>
    <w:p>
      <w:pPr>
        <w:bidi/>
        <w:jc w:val="right"/>
      </w:pPr>
      <w:r>
        <w:rPr>
          <w:rFonts w:ascii="Arial" w:hAnsi="Arial" w:cs="Arial"/>
          <w:sz w:val="28"/>
          <w:rtl/>
          <w:szCs w:val="28"/>
        </w:rPr>
        <w:t xml:space="preserve">   ◯ א. כִּי שָׁם יֵשׁ מִפְעָלִים רַבִּים וְהַיִּצּוּר זוֹל יוֹתֵר</w:t>
      </w:r>
    </w:p>
    <w:p>
      <w:pPr>
        <w:bidi/>
        <w:jc w:val="right"/>
      </w:pPr>
      <w:r>
        <w:rPr>
          <w:rFonts w:ascii="Arial" w:hAnsi="Arial" w:cs="Arial"/>
          <w:sz w:val="28"/>
          <w:rtl/>
          <w:szCs w:val="28"/>
        </w:rPr>
        <w:t xml:space="preserve">   ◯ ב. כִּי בְּיִשְׂרָאֵל אֵין חוּטִים בִּכְלָל</w:t>
      </w:r>
    </w:p>
    <w:p>
      <w:pPr>
        <w:bidi/>
        <w:jc w:val="right"/>
      </w:pPr>
      <w:r>
        <w:rPr>
          <w:rFonts w:ascii="Arial" w:hAnsi="Arial" w:cs="Arial"/>
          <w:sz w:val="28"/>
          <w:rtl/>
          <w:szCs w:val="28"/>
        </w:rPr>
        <w:t xml:space="preserve">   ◯ ג. כִּי אָסוּר לִתְפֹּר בְּגָדִים בְּיִשְׂרָאֵל</w:t>
      </w:r>
    </w:p>
    <w:p>
      <w:pPr>
        <w:bidi/>
        <w:jc w:val="right"/>
      </w:pPr>
      <w:r>
        <w:rPr>
          <w:rFonts w:ascii="Arial" w:hAnsi="Arial" w:cs="Arial"/>
          <w:sz w:val="28"/>
          <w:rtl/>
          <w:szCs w:val="28"/>
        </w:rPr>
        <w:t>מה קרה באמת? ____________________________</w:t>
      </w:r>
    </w:p>
    <w:p>
      <w:pPr>
        <w:bidi/>
        <w:jc w:val="right"/>
      </w:pPr>
      <w:r>
        <w:rPr>
          <w:rFonts w:ascii="Arial" w:hAnsi="Arial" w:cs="Arial"/>
          <w:b/>
          <w:color w:val="6A3FD4"/>
          <w:sz w:val="26"/>
          <w:rtl/>
          <w:szCs w:val="26"/>
          <w:bCs/>
        </w:rPr>
        <w:t>▌ קטע 2</w:t>
      </w:r>
    </w:p>
    <w:p>
      <w:pPr>
        <w:bidi/>
        <w:jc w:val="right"/>
      </w:pPr>
      <w:r>
        <w:rPr>
          <w:rFonts w:ascii="Arial" w:hAnsi="Arial" w:cs="Arial"/>
          <w:sz w:val="28"/>
          <w:rtl/>
          <w:szCs w:val="28"/>
        </w:rPr>
        <w:t>הַחֻלְצָה עָלְתָה מְעַט מְאוֹד כֶּסֶף. אַגַּם שׁוֹאֶלֶת אֶת עַצְמָהּ: הַאִם זֶה טוֹב לְכֻלָּם?</w:t>
      </w:r>
    </w:p>
    <w:p>
      <w:pPr>
        <w:bidi/>
        <w:jc w:val="right"/>
      </w:pPr>
      <w:r>
        <w:rPr>
          <w:rFonts w:ascii="Arial" w:hAnsi="Arial" w:cs="Arial"/>
          <w:b/>
          <w:sz w:val="28"/>
          <w:rtl/>
          <w:szCs w:val="28"/>
          <w:bCs/>
        </w:rPr>
        <w:t>2. מָה קוֹרֶה כְּשֶׁבְּגָדִים זוֹלִים מְאוֹד?</w:t>
      </w:r>
    </w:p>
    <w:p>
      <w:pPr>
        <w:bidi/>
        <w:jc w:val="right"/>
      </w:pPr>
      <w:r>
        <w:rPr>
          <w:rFonts w:ascii="Arial" w:hAnsi="Arial" w:cs="Arial"/>
          <w:sz w:val="28"/>
          <w:rtl/>
          <w:szCs w:val="28"/>
        </w:rPr>
        <w:t xml:space="preserve">   ◯ א. אֲנָשִׁים מַפְסִיקִים לִקְנוֹת</w:t>
      </w:r>
    </w:p>
    <w:p>
      <w:pPr>
        <w:bidi/>
        <w:jc w:val="right"/>
      </w:pPr>
      <w:r>
        <w:rPr>
          <w:rFonts w:ascii="Arial" w:hAnsi="Arial" w:cs="Arial"/>
          <w:sz w:val="28"/>
          <w:rtl/>
          <w:szCs w:val="28"/>
        </w:rPr>
        <w:t xml:space="preserve">   ◯ ב. אֲנָשִׁים קוֹנִים יוֹתֵר וְזוֹרְקִים יוֹתֵר</w:t>
      </w:r>
    </w:p>
    <w:p>
      <w:pPr>
        <w:bidi/>
        <w:jc w:val="right"/>
      </w:pPr>
      <w:r>
        <w:rPr>
          <w:rFonts w:ascii="Arial" w:hAnsi="Arial" w:cs="Arial"/>
          <w:sz w:val="28"/>
          <w:rtl/>
          <w:szCs w:val="28"/>
        </w:rPr>
        <w:t xml:space="preserve">   ◯ ג. שׁוּם דָּבָר לֹא מִשְׁתַּנֶּה</w:t>
      </w:r>
    </w:p>
    <w:p>
      <w:pPr>
        <w:bidi/>
        <w:jc w:val="right"/>
      </w:pPr>
      <w:r>
        <w:rPr>
          <w:rFonts w:ascii="Arial" w:hAnsi="Arial" w:cs="Arial"/>
          <w:sz w:val="28"/>
          <w:rtl/>
          <w:szCs w:val="28"/>
        </w:rPr>
        <w:t>מה קרה באמת? ____________________________</w:t>
      </w:r>
    </w:p>
    <w:p>
      <w:pPr>
        <w:bidi/>
        <w:jc w:val="right"/>
      </w:pPr>
      <w:r>
        <w:rPr>
          <w:rFonts w:ascii="Arial" w:hAnsi="Arial" w:cs="Arial"/>
          <w:b/>
          <w:color w:val="6A3FD4"/>
          <w:sz w:val="26"/>
          <w:rtl/>
          <w:szCs w:val="26"/>
          <w:bCs/>
        </w:rPr>
        <w:t>▌ קטע 3</w:t>
      </w:r>
    </w:p>
    <w:p>
      <w:pPr>
        <w:bidi/>
        <w:jc w:val="right"/>
      </w:pPr>
      <w:r>
        <w:rPr>
          <w:rFonts w:ascii="Arial" w:hAnsi="Arial" w:cs="Arial"/>
          <w:sz w:val="28"/>
          <w:rtl/>
          <w:szCs w:val="28"/>
        </w:rPr>
        <w:t>אַגַּם רוֹצָה לַעֲזֹר לַסְּבִיבָה. יֵשׁ לָהּ שְׁתֵּי חֻלְצוֹת שֶׁקְּטַנּוֹת עָלֶיהָ.</w:t>
      </w:r>
    </w:p>
    <w:p>
      <w:pPr>
        <w:bidi/>
        <w:jc w:val="right"/>
      </w:pPr>
      <w:r>
        <w:rPr>
          <w:rFonts w:ascii="Arial" w:hAnsi="Arial" w:cs="Arial"/>
          <w:b/>
          <w:sz w:val="28"/>
          <w:rtl/>
          <w:szCs w:val="28"/>
          <w:bCs/>
        </w:rPr>
        <w:t>3. מָה לְדַעְתְּכֶם הִיא תַּחְלִיט לַעֲשׂוֹת?</w:t>
      </w:r>
    </w:p>
    <w:p>
      <w:pPr>
        <w:bidi/>
        <w:jc w:val="right"/>
      </w:pPr>
      <w:r>
        <w:rPr>
          <w:rFonts w:ascii="Arial" w:hAnsi="Arial" w:cs="Arial"/>
          <w:sz w:val="28"/>
          <w:rtl/>
          <w:szCs w:val="28"/>
        </w:rPr>
        <w:t xml:space="preserve">   ◯ א. לִזְרֹק אוֹתָן לַפַּח</w:t>
      </w:r>
    </w:p>
    <w:p>
      <w:pPr>
        <w:bidi/>
        <w:jc w:val="right"/>
      </w:pPr>
      <w:r>
        <w:rPr>
          <w:rFonts w:ascii="Arial" w:hAnsi="Arial" w:cs="Arial"/>
          <w:sz w:val="28"/>
          <w:rtl/>
          <w:szCs w:val="28"/>
        </w:rPr>
        <w:t xml:space="preserve">   ◯ ב. לִשְׁמֹר אוֹתָן בָּאָרוֹן לָנֶצַח</w:t>
      </w:r>
    </w:p>
    <w:p>
      <w:pPr>
        <w:bidi/>
        <w:jc w:val="right"/>
      </w:pPr>
      <w:r>
        <w:rPr>
          <w:rFonts w:ascii="Arial" w:hAnsi="Arial" w:cs="Arial"/>
          <w:sz w:val="28"/>
          <w:rtl/>
          <w:szCs w:val="28"/>
        </w:rPr>
        <w:t xml:space="preserve">   ◯ ג. לָתֵת אוֹתָן לְמִישֶׁהוּ אַחֵר</w:t>
      </w:r>
    </w:p>
    <w:p>
      <w:pPr>
        <w:bidi/>
        <w:jc w:val="right"/>
      </w:pPr>
      <w:r>
        <w:rPr>
          <w:rFonts w:ascii="Arial" w:hAnsi="Arial" w:cs="Arial"/>
          <w:sz w:val="28"/>
          <w:rtl/>
          <w:szCs w:val="28"/>
        </w:rPr>
        <w:t>מה קרה באמת? ____________________________</w:t>
      </w:r>
    </w:p>
    <w:p>
      <w:pPr>
        <w:bidi/>
        <w:jc w:val="right"/>
      </w:pPr>
      <w:r>
        <w:rPr>
          <w:rFonts w:ascii="Arial" w:hAnsi="Arial" w:cs="Arial"/>
          <w:b/>
          <w:color w:val="6A3FD4"/>
          <w:sz w:val="26"/>
          <w:rtl/>
          <w:szCs w:val="26"/>
          <w:bCs/>
        </w:rPr>
        <w:t>▌ קטע 4</w:t>
      </w:r>
    </w:p>
    <w:p>
      <w:pPr>
        <w:bidi/>
        <w:jc w:val="right"/>
      </w:pPr>
      <w:r>
        <w:rPr>
          <w:rFonts w:ascii="Arial" w:hAnsi="Arial" w:cs="Arial"/>
          <w:sz w:val="28"/>
          <w:rtl/>
          <w:szCs w:val="28"/>
        </w:rPr>
        <w:t>הַכִּתָּה הֶחְלִיטָה לַהֲפֹךְ לְבַלָּשִׁים: כָּל אֶחָד וְאַחַת בּוֹדְקִים תָּוִית עַל בֶּגֶד אֶחָד.</w:t>
      </w:r>
    </w:p>
    <w:p>
      <w:pPr>
        <w:bidi/>
        <w:jc w:val="right"/>
      </w:pPr>
      <w:r>
        <w:rPr>
          <w:rFonts w:ascii="Arial" w:hAnsi="Arial" w:cs="Arial"/>
          <w:b/>
          <w:sz w:val="28"/>
          <w:rtl/>
          <w:szCs w:val="28"/>
          <w:bCs/>
        </w:rPr>
        <w:t>4. מָה הֵם יְגַלּוּ?</w:t>
      </w:r>
    </w:p>
    <w:p>
      <w:pPr>
        <w:bidi/>
        <w:jc w:val="right"/>
      </w:pPr>
      <w:r>
        <w:rPr>
          <w:rFonts w:ascii="Arial" w:hAnsi="Arial" w:cs="Arial"/>
          <w:sz w:val="28"/>
          <w:rtl/>
          <w:szCs w:val="28"/>
        </w:rPr>
        <w:t xml:space="preserve">   ◯ א. כָּל הַבְּגָדִים נִתְפְּרוּ בְּאוֹתָהּ אֶרֶץ</w:t>
      </w:r>
    </w:p>
    <w:p>
      <w:pPr>
        <w:bidi/>
        <w:jc w:val="right"/>
      </w:pPr>
      <w:r>
        <w:rPr>
          <w:rFonts w:ascii="Arial" w:hAnsi="Arial" w:cs="Arial"/>
          <w:sz w:val="28"/>
          <w:rtl/>
          <w:szCs w:val="28"/>
        </w:rPr>
        <w:t xml:space="preserve">   ◯ ב. הַבְּגָדִים הִגִּיעוּ מֵאֲרָצוֹת רַבּוֹת</w:t>
      </w:r>
    </w:p>
    <w:p>
      <w:pPr>
        <w:bidi/>
        <w:jc w:val="right"/>
      </w:pPr>
      <w:r>
        <w:rPr>
          <w:rFonts w:ascii="Arial" w:hAnsi="Arial" w:cs="Arial"/>
          <w:sz w:val="28"/>
          <w:rtl/>
          <w:szCs w:val="28"/>
        </w:rPr>
        <w:t xml:space="preserve">   ◯ ג. אַף בֶּגֶד לֹא הִגִּיעַ מֵרָחוֹק</w:t>
      </w:r>
    </w:p>
    <w:p>
      <w:pPr>
        <w:bidi/>
        <w:jc w:val="right"/>
      </w:pPr>
      <w:r>
        <w:rPr>
          <w:rFonts w:ascii="Arial" w:hAnsi="Arial" w:cs="Arial"/>
          <w:sz w:val="28"/>
          <w:rtl/>
          <w:szCs w:val="28"/>
        </w:rPr>
        <w:t>מה קרה באמת? ____________________________</w:t>
      </w:r>
    </w:p>
    <w:p>
      <w:pPr>
        <w:bidi/>
        <w:pStyle w:val="Heading2"/>
        <w:jc w:val="right"/>
      </w:pPr>
      <w:r>
        <w:rPr>
          <w:rFonts w:ascii="Arial" w:hAnsi="Arial" w:cs="Arial"/>
          <w:b/>
          <w:color w:val="6A3FD4"/>
          <w:sz w:val="32"/>
          <w:rtl/>
          <w:szCs w:val="32"/>
          <w:bCs/>
        </w:rPr>
        <w:t>🧩 🎯 מִי לֹא שַׁיָּךְ?</w:t>
      </w:r>
    </w:p>
    <w:p>
      <w:pPr>
        <w:bidi/>
        <w:jc w:val="right"/>
      </w:pPr>
      <w:r>
        <w:rPr>
          <w:rFonts w:ascii="Arial" w:hAnsi="Arial" w:cs="Arial"/>
          <w:b/>
          <w:sz w:val="28"/>
          <w:rtl/>
          <w:szCs w:val="28"/>
          <w:bCs/>
        </w:rPr>
        <w:t>1. מי יוצא הדופן?</w:t>
      </w:r>
    </w:p>
    <w:p>
      <w:pPr>
        <w:bidi/>
        <w:jc w:val="right"/>
      </w:pPr>
      <w:r>
        <w:rPr>
          <w:rFonts w:ascii="Arial" w:hAnsi="Arial" w:cs="Arial"/>
          <w:sz w:val="28"/>
          <w:rtl/>
          <w:szCs w:val="28"/>
        </w:rPr>
        <w:t xml:space="preserve">   ◯ א. אֳנִיָּה</w:t>
      </w:r>
    </w:p>
    <w:p>
      <w:pPr>
        <w:bidi/>
        <w:jc w:val="right"/>
      </w:pPr>
      <w:r>
        <w:rPr>
          <w:rFonts w:ascii="Arial" w:hAnsi="Arial" w:cs="Arial"/>
          <w:sz w:val="28"/>
          <w:rtl/>
          <w:szCs w:val="28"/>
        </w:rPr>
        <w:t xml:space="preserve">   ◯ ב. מָטוֹס</w:t>
      </w:r>
    </w:p>
    <w:p>
      <w:pPr>
        <w:bidi/>
        <w:jc w:val="right"/>
      </w:pPr>
      <w:r>
        <w:rPr>
          <w:rFonts w:ascii="Arial" w:hAnsi="Arial" w:cs="Arial"/>
          <w:sz w:val="28"/>
          <w:rtl/>
          <w:szCs w:val="28"/>
        </w:rPr>
        <w:t xml:space="preserve">   ◯ ג. מַשָּׂאִית</w:t>
      </w:r>
    </w:p>
    <w:p>
      <w:pPr>
        <w:bidi/>
        <w:jc w:val="right"/>
      </w:pPr>
      <w:r>
        <w:rPr>
          <w:rFonts w:ascii="Arial" w:hAnsi="Arial" w:cs="Arial"/>
          <w:sz w:val="28"/>
          <w:rtl/>
          <w:szCs w:val="28"/>
        </w:rPr>
        <w:t xml:space="preserve">   ◯ ד. מִפְעָל</w:t>
      </w:r>
    </w:p>
    <w:p>
      <w:pPr>
        <w:bidi/>
        <w:jc w:val="right"/>
      </w:pPr>
      <w:r>
        <w:rPr>
          <w:rFonts w:ascii="Arial" w:hAnsi="Arial" w:cs="Arial"/>
          <w:b/>
          <w:sz w:val="28"/>
          <w:rtl/>
          <w:szCs w:val="28"/>
          <w:bCs/>
        </w:rPr>
        <w:t>. למה?</w:t>
      </w:r>
    </w:p>
    <w:p>
      <w:pPr>
        <w:bidi/>
        <w:jc w:val="right"/>
      </w:pPr>
      <w:r>
        <w:rPr>
          <w:rFonts w:ascii="Arial" w:hAnsi="Arial" w:cs="Arial"/>
          <w:sz w:val="28"/>
          <w:rtl/>
          <w:szCs w:val="28"/>
        </w:rPr>
        <w:t xml:space="preserve">   ◯ א. כִּי הוּא הֲכִי גָּדוֹל</w:t>
      </w:r>
    </w:p>
    <w:p>
      <w:pPr>
        <w:bidi/>
        <w:jc w:val="right"/>
      </w:pPr>
      <w:r>
        <w:rPr>
          <w:rFonts w:ascii="Arial" w:hAnsi="Arial" w:cs="Arial"/>
          <w:sz w:val="28"/>
          <w:rtl/>
          <w:szCs w:val="28"/>
        </w:rPr>
        <w:t xml:space="preserve">   ◯ ב. כִּי הוּא לֹא מוֹבִיל סְחוֹרָה – בּוֹ מְיַצְּרִים אוֹתָהּ</w:t>
      </w:r>
    </w:p>
    <w:p>
      <w:pPr>
        <w:bidi/>
        <w:jc w:val="right"/>
      </w:pPr>
      <w:r>
        <w:rPr>
          <w:rFonts w:ascii="Arial" w:hAnsi="Arial" w:cs="Arial"/>
          <w:sz w:val="28"/>
          <w:rtl/>
          <w:szCs w:val="28"/>
        </w:rPr>
        <w:t xml:space="preserve">   ◯ ג. כִּי הוּא נִמְצָא בָּעִיר</w:t>
      </w:r>
    </w:p>
    <w:p>
      <w:pPr>
        <w:bidi/>
        <w:jc w:val="right"/>
      </w:pPr>
      <w:r>
        <w:rPr>
          <w:rFonts w:ascii="Arial" w:hAnsi="Arial" w:cs="Arial"/>
          <w:b/>
          <w:sz w:val="28"/>
          <w:rtl/>
          <w:szCs w:val="28"/>
          <w:bCs/>
        </w:rPr>
        <w:t>2. מי יוצא הדופן?</w:t>
      </w:r>
    </w:p>
    <w:p>
      <w:pPr>
        <w:bidi/>
        <w:jc w:val="right"/>
      </w:pPr>
      <w:r>
        <w:rPr>
          <w:rFonts w:ascii="Arial" w:hAnsi="Arial" w:cs="Arial"/>
          <w:sz w:val="28"/>
          <w:rtl/>
          <w:szCs w:val="28"/>
        </w:rPr>
        <w:t xml:space="preserve">   ◯ א. הַר הָאֶוֶרֶסְט</w:t>
      </w:r>
    </w:p>
    <w:p>
      <w:pPr>
        <w:bidi/>
        <w:jc w:val="right"/>
      </w:pPr>
      <w:r>
        <w:rPr>
          <w:rFonts w:ascii="Arial" w:hAnsi="Arial" w:cs="Arial"/>
          <w:sz w:val="28"/>
          <w:rtl/>
          <w:szCs w:val="28"/>
        </w:rPr>
        <w:t xml:space="preserve">   ◯ ב. תְּעָלַת סוּאֶץ</w:t>
      </w:r>
    </w:p>
    <w:p>
      <w:pPr>
        <w:bidi/>
        <w:jc w:val="right"/>
      </w:pPr>
      <w:r>
        <w:rPr>
          <w:rFonts w:ascii="Arial" w:hAnsi="Arial" w:cs="Arial"/>
          <w:sz w:val="28"/>
          <w:rtl/>
          <w:szCs w:val="28"/>
        </w:rPr>
        <w:t xml:space="preserve">   ◯ ג. מֵצַר מָלַקָּה</w:t>
      </w:r>
    </w:p>
    <w:p>
      <w:pPr>
        <w:bidi/>
        <w:jc w:val="right"/>
      </w:pPr>
      <w:r>
        <w:rPr>
          <w:rFonts w:ascii="Arial" w:hAnsi="Arial" w:cs="Arial"/>
          <w:sz w:val="28"/>
          <w:rtl/>
          <w:szCs w:val="28"/>
        </w:rPr>
        <w:t xml:space="preserve">   ◯ ד. תְּעָלַת פָּנָמָה</w:t>
      </w:r>
    </w:p>
    <w:p>
      <w:pPr>
        <w:bidi/>
        <w:jc w:val="right"/>
      </w:pPr>
      <w:r>
        <w:rPr>
          <w:rFonts w:ascii="Arial" w:hAnsi="Arial" w:cs="Arial"/>
          <w:b/>
          <w:sz w:val="28"/>
          <w:rtl/>
          <w:szCs w:val="28"/>
          <w:bCs/>
        </w:rPr>
        <w:t>. למה?</w:t>
      </w:r>
    </w:p>
    <w:p>
      <w:pPr>
        <w:bidi/>
        <w:jc w:val="right"/>
      </w:pPr>
      <w:r>
        <w:rPr>
          <w:rFonts w:ascii="Arial" w:hAnsi="Arial" w:cs="Arial"/>
          <w:sz w:val="28"/>
          <w:rtl/>
          <w:szCs w:val="28"/>
        </w:rPr>
        <w:t xml:space="preserve">   ◯ א. כִּי הוּא גָּבוֹהַּ מְאוֹד</w:t>
      </w:r>
    </w:p>
    <w:p>
      <w:pPr>
        <w:bidi/>
        <w:jc w:val="right"/>
      </w:pPr>
      <w:r>
        <w:rPr>
          <w:rFonts w:ascii="Arial" w:hAnsi="Arial" w:cs="Arial"/>
          <w:sz w:val="28"/>
          <w:rtl/>
          <w:szCs w:val="28"/>
        </w:rPr>
        <w:t xml:space="preserve">   ◯ ב. כִּי הוּא נִמְצָא בְּאַסְיָה</w:t>
      </w:r>
    </w:p>
    <w:p>
      <w:pPr>
        <w:bidi/>
        <w:jc w:val="right"/>
      </w:pPr>
      <w:r>
        <w:rPr>
          <w:rFonts w:ascii="Arial" w:hAnsi="Arial" w:cs="Arial"/>
          <w:sz w:val="28"/>
          <w:rtl/>
          <w:szCs w:val="28"/>
        </w:rPr>
        <w:t xml:space="preserve">   ◯ ג. כִּי אֳנִיּוֹת לֹא עוֹבְרוֹת בּוֹ – הַשְּׁלֹשָׁה הָאֲחֵרִים הֵם קִצּוּרֵי דֶּרֶךְ בַּיָּם</w:t>
      </w:r>
    </w:p>
    <w:p>
      <w:pPr>
        <w:bidi/>
        <w:jc w:val="right"/>
      </w:pPr>
      <w:r>
        <w:rPr>
          <w:rFonts w:ascii="Arial" w:hAnsi="Arial" w:cs="Arial"/>
          <w:b/>
          <w:sz w:val="28"/>
          <w:rtl/>
          <w:szCs w:val="28"/>
          <w:bCs/>
        </w:rPr>
        <w:t>3. מי יוצא הדופן?</w:t>
      </w:r>
    </w:p>
    <w:p>
      <w:pPr>
        <w:bidi/>
        <w:jc w:val="right"/>
      </w:pPr>
      <w:r>
        <w:rPr>
          <w:rFonts w:ascii="Arial" w:hAnsi="Arial" w:cs="Arial"/>
          <w:sz w:val="28"/>
          <w:rtl/>
          <w:szCs w:val="28"/>
        </w:rPr>
        <w:t xml:space="preserve">   ◯ א. כֻּתְנָה</w:t>
      </w:r>
    </w:p>
    <w:p>
      <w:pPr>
        <w:bidi/>
        <w:jc w:val="right"/>
      </w:pPr>
      <w:r>
        <w:rPr>
          <w:rFonts w:ascii="Arial" w:hAnsi="Arial" w:cs="Arial"/>
          <w:sz w:val="28"/>
          <w:rtl/>
          <w:szCs w:val="28"/>
        </w:rPr>
        <w:t xml:space="preserve">   ◯ ב. מַחְשֵׁב</w:t>
      </w:r>
    </w:p>
    <w:p>
      <w:pPr>
        <w:bidi/>
        <w:jc w:val="right"/>
      </w:pPr>
      <w:r>
        <w:rPr>
          <w:rFonts w:ascii="Arial" w:hAnsi="Arial" w:cs="Arial"/>
          <w:sz w:val="28"/>
          <w:rtl/>
          <w:szCs w:val="28"/>
        </w:rPr>
        <w:t xml:space="preserve">   ◯ ג. קָקָאוֹ</w:t>
      </w:r>
    </w:p>
    <w:p>
      <w:pPr>
        <w:bidi/>
        <w:jc w:val="right"/>
      </w:pPr>
      <w:r>
        <w:rPr>
          <w:rFonts w:ascii="Arial" w:hAnsi="Arial" w:cs="Arial"/>
          <w:sz w:val="28"/>
          <w:rtl/>
          <w:szCs w:val="28"/>
        </w:rPr>
        <w:t xml:space="preserve">   ◯ ד. אֹרֶז</w:t>
      </w:r>
    </w:p>
    <w:p>
      <w:pPr>
        <w:bidi/>
        <w:jc w:val="right"/>
      </w:pPr>
      <w:r>
        <w:rPr>
          <w:rFonts w:ascii="Arial" w:hAnsi="Arial" w:cs="Arial"/>
          <w:b/>
          <w:sz w:val="28"/>
          <w:rtl/>
          <w:szCs w:val="28"/>
          <w:bCs/>
        </w:rPr>
        <w:t>. למה?</w:t>
      </w:r>
    </w:p>
    <w:p>
      <w:pPr>
        <w:bidi/>
        <w:jc w:val="right"/>
      </w:pPr>
      <w:r>
        <w:rPr>
          <w:rFonts w:ascii="Arial" w:hAnsi="Arial" w:cs="Arial"/>
          <w:sz w:val="28"/>
          <w:rtl/>
          <w:szCs w:val="28"/>
        </w:rPr>
        <w:t xml:space="preserve">   ◯ א. כִּי הוּא מוּצָר שֶׁמְּיַצְּרִים בְּמִפְעָל – הַשְּׁאָר צוֹמְחִים בָּאֲדָמָה</w:t>
      </w:r>
    </w:p>
    <w:p>
      <w:pPr>
        <w:bidi/>
        <w:jc w:val="right"/>
      </w:pPr>
      <w:r>
        <w:rPr>
          <w:rFonts w:ascii="Arial" w:hAnsi="Arial" w:cs="Arial"/>
          <w:sz w:val="28"/>
          <w:rtl/>
          <w:szCs w:val="28"/>
        </w:rPr>
        <w:t xml:space="preserve">   ◯ ב. כִּי הוּא יָקָר</w:t>
      </w:r>
    </w:p>
    <w:p>
      <w:pPr>
        <w:bidi/>
        <w:jc w:val="right"/>
      </w:pPr>
      <w:r>
        <w:rPr>
          <w:rFonts w:ascii="Arial" w:hAnsi="Arial" w:cs="Arial"/>
          <w:sz w:val="28"/>
          <w:rtl/>
          <w:szCs w:val="28"/>
        </w:rPr>
        <w:t xml:space="preserve">   ◯ ג. כִּי מִשְׁתַּמְּשִׁים בּוֹ בַּבַּיִת</w:t>
      </w:r>
    </w:p>
    <w:p>
      <w:pPr>
        <w:bidi/>
        <w:jc w:val="right"/>
      </w:pPr>
      <w:r>
        <w:rPr>
          <w:rFonts w:ascii="Arial" w:hAnsi="Arial" w:cs="Arial"/>
          <w:b/>
          <w:sz w:val="28"/>
          <w:rtl/>
          <w:szCs w:val="28"/>
          <w:bCs/>
        </w:rPr>
        <w:t>4. מי יוצא הדופן?</w:t>
      </w:r>
    </w:p>
    <w:p>
      <w:pPr>
        <w:bidi/>
        <w:jc w:val="right"/>
      </w:pPr>
      <w:r>
        <w:rPr>
          <w:rFonts w:ascii="Arial" w:hAnsi="Arial" w:cs="Arial"/>
          <w:sz w:val="28"/>
          <w:rtl/>
          <w:szCs w:val="28"/>
        </w:rPr>
        <w:t xml:space="preserve">   ◯ א. שִׂיחַת וִידֵאוֹ</w:t>
      </w:r>
    </w:p>
    <w:p>
      <w:pPr>
        <w:bidi/>
        <w:jc w:val="right"/>
      </w:pPr>
      <w:r>
        <w:rPr>
          <w:rFonts w:ascii="Arial" w:hAnsi="Arial" w:cs="Arial"/>
          <w:sz w:val="28"/>
          <w:rtl/>
          <w:szCs w:val="28"/>
        </w:rPr>
        <w:t xml:space="preserve">   ◯ ב. הוֹדָעָה בַּטֶּלֶפוֹן</w:t>
      </w:r>
    </w:p>
    <w:p>
      <w:pPr>
        <w:bidi/>
        <w:jc w:val="right"/>
      </w:pPr>
      <w:r>
        <w:rPr>
          <w:rFonts w:ascii="Arial" w:hAnsi="Arial" w:cs="Arial"/>
          <w:sz w:val="28"/>
          <w:rtl/>
          <w:szCs w:val="28"/>
        </w:rPr>
        <w:t xml:space="preserve">   ◯ ג. יוֹנַת דֹּאַר</w:t>
      </w:r>
    </w:p>
    <w:p>
      <w:pPr>
        <w:bidi/>
        <w:jc w:val="right"/>
      </w:pPr>
      <w:r>
        <w:rPr>
          <w:rFonts w:ascii="Arial" w:hAnsi="Arial" w:cs="Arial"/>
          <w:sz w:val="28"/>
          <w:rtl/>
          <w:szCs w:val="28"/>
        </w:rPr>
        <w:t xml:space="preserve">   ◯ ד. דֹּאַר אֶלֶקְטְרוֹנִי</w:t>
      </w:r>
    </w:p>
    <w:p>
      <w:pPr>
        <w:bidi/>
        <w:jc w:val="right"/>
      </w:pPr>
      <w:r>
        <w:rPr>
          <w:rFonts w:ascii="Arial" w:hAnsi="Arial" w:cs="Arial"/>
          <w:b/>
          <w:sz w:val="28"/>
          <w:rtl/>
          <w:szCs w:val="28"/>
          <w:bCs/>
        </w:rPr>
        <w:t>. למה?</w:t>
      </w:r>
    </w:p>
    <w:p>
      <w:pPr>
        <w:bidi/>
        <w:jc w:val="right"/>
      </w:pPr>
      <w:r>
        <w:rPr>
          <w:rFonts w:ascii="Arial" w:hAnsi="Arial" w:cs="Arial"/>
          <w:sz w:val="28"/>
          <w:rtl/>
          <w:szCs w:val="28"/>
        </w:rPr>
        <w:t xml:space="preserve">   ◯ א. כִּי הִיא יְקָרָה מְאוֹד</w:t>
      </w:r>
    </w:p>
    <w:p>
      <w:pPr>
        <w:bidi/>
        <w:jc w:val="right"/>
      </w:pPr>
      <w:r>
        <w:rPr>
          <w:rFonts w:ascii="Arial" w:hAnsi="Arial" w:cs="Arial"/>
          <w:sz w:val="28"/>
          <w:rtl/>
          <w:szCs w:val="28"/>
        </w:rPr>
        <w:t xml:space="preserve">   ◯ ב. כִּי הִיא לֹא עוֹבֶרֶת בָּאִינְטֶרְנֶט – הִיא אִטִּית וּמַגִּיעָה רַק לְמָקוֹם קָרוֹב</w:t>
      </w:r>
    </w:p>
    <w:p>
      <w:pPr>
        <w:bidi/>
        <w:jc w:val="right"/>
      </w:pPr>
      <w:r>
        <w:rPr>
          <w:rFonts w:ascii="Arial" w:hAnsi="Arial" w:cs="Arial"/>
          <w:sz w:val="28"/>
          <w:rtl/>
          <w:szCs w:val="28"/>
        </w:rPr>
        <w:t xml:space="preserve">   ◯ ג. כִּי מִשְׁתַּמְּשִׁים בָּהּ רַק בַּלַּיְלָה</w:t>
      </w:r>
    </w:p>
    <w:p>
      <w:pPr>
        <w:bidi/>
        <w:jc w:val="right"/>
      </w:pPr>
      <w:r>
        <w:rPr>
          <w:rFonts w:ascii="Arial" w:hAnsi="Arial" w:cs="Arial"/>
          <w:b/>
          <w:sz w:val="28"/>
          <w:rtl/>
          <w:szCs w:val="28"/>
          <w:bCs/>
        </w:rPr>
        <w:t>5. מי יוצא הדופן?</w:t>
      </w:r>
    </w:p>
    <w:p>
      <w:pPr>
        <w:bidi/>
        <w:jc w:val="right"/>
      </w:pPr>
      <w:r>
        <w:rPr>
          <w:rFonts w:ascii="Arial" w:hAnsi="Arial" w:cs="Arial"/>
          <w:sz w:val="28"/>
          <w:rtl/>
          <w:szCs w:val="28"/>
        </w:rPr>
        <w:t xml:space="preserve">   ◯ א. מִחְזוּר</w:t>
      </w:r>
    </w:p>
    <w:p>
      <w:pPr>
        <w:bidi/>
        <w:jc w:val="right"/>
      </w:pPr>
      <w:r>
        <w:rPr>
          <w:rFonts w:ascii="Arial" w:hAnsi="Arial" w:cs="Arial"/>
          <w:sz w:val="28"/>
          <w:rtl/>
          <w:szCs w:val="28"/>
        </w:rPr>
        <w:t xml:space="preserve">   ◯ ב. קְנִיָּה וּזְרִיקָה מְהִירָה</w:t>
      </w:r>
    </w:p>
    <w:p>
      <w:pPr>
        <w:bidi/>
        <w:jc w:val="right"/>
      </w:pPr>
      <w:r>
        <w:rPr>
          <w:rFonts w:ascii="Arial" w:hAnsi="Arial" w:cs="Arial"/>
          <w:sz w:val="28"/>
          <w:rtl/>
          <w:szCs w:val="28"/>
        </w:rPr>
        <w:t xml:space="preserve">   ◯ ג. תִּקּוּן</w:t>
      </w:r>
    </w:p>
    <w:p>
      <w:pPr>
        <w:bidi/>
        <w:jc w:val="right"/>
      </w:pPr>
      <w:r>
        <w:rPr>
          <w:rFonts w:ascii="Arial" w:hAnsi="Arial" w:cs="Arial"/>
          <w:sz w:val="28"/>
          <w:rtl/>
          <w:szCs w:val="28"/>
        </w:rPr>
        <w:t xml:space="preserve">   ◯ ד. מְסִירָה לְחָבֵר</w:t>
      </w:r>
    </w:p>
    <w:p>
      <w:pPr>
        <w:bidi/>
        <w:jc w:val="right"/>
      </w:pPr>
      <w:r>
        <w:rPr>
          <w:rFonts w:ascii="Arial" w:hAnsi="Arial" w:cs="Arial"/>
          <w:b/>
          <w:sz w:val="28"/>
          <w:rtl/>
          <w:szCs w:val="28"/>
          <w:bCs/>
        </w:rPr>
        <w:t>. למה?</w:t>
      </w:r>
    </w:p>
    <w:p>
      <w:pPr>
        <w:bidi/>
        <w:jc w:val="right"/>
      </w:pPr>
      <w:r>
        <w:rPr>
          <w:rFonts w:ascii="Arial" w:hAnsi="Arial" w:cs="Arial"/>
          <w:sz w:val="28"/>
          <w:rtl/>
          <w:szCs w:val="28"/>
        </w:rPr>
        <w:t xml:space="preserve">   ◯ א. כִּי הִיא עוֹלָה כֶּסֶף</w:t>
      </w:r>
    </w:p>
    <w:p>
      <w:pPr>
        <w:bidi/>
        <w:jc w:val="right"/>
      </w:pPr>
      <w:r>
        <w:rPr>
          <w:rFonts w:ascii="Arial" w:hAnsi="Arial" w:cs="Arial"/>
          <w:sz w:val="28"/>
          <w:rtl/>
          <w:szCs w:val="28"/>
        </w:rPr>
        <w:t xml:space="preserve">   ◯ ב. כִּי עוֹשִׂים אוֹתָהּ בַּחֲנוּת</w:t>
      </w:r>
    </w:p>
    <w:p>
      <w:pPr>
        <w:bidi/>
        <w:jc w:val="right"/>
      </w:pPr>
      <w:r>
        <w:rPr>
          <w:rFonts w:ascii="Arial" w:hAnsi="Arial" w:cs="Arial"/>
          <w:sz w:val="28"/>
          <w:rtl/>
          <w:szCs w:val="28"/>
        </w:rPr>
        <w:t xml:space="preserve">   ◯ ג. כִּי הִיא לֹא שׁוֹמֶרֶת עַל הַסְּבִיבָה – הַשְּׁאָר נוֹתְנִים לַחֵפֶץ חַיִּים אֲרֻכִּים</w:t>
      </w:r>
    </w:p>
    <w:p>
      <w:r>
        <w:br w:type="page"/>
      </w:r>
    </w:p>
    <w:p>
      <w:pPr>
        <w:bidi/>
        <w:pStyle w:val="Heading1"/>
        <w:jc w:val="right"/>
      </w:pPr>
      <w:r>
        <w:rPr>
          <w:rFonts w:ascii="Arial" w:hAnsi="Arial" w:cs="Arial"/>
          <w:b/>
          <w:color w:val="4B2BA8"/>
          <w:sz w:val="40"/>
          <w:rtl/>
          <w:szCs w:val="40"/>
          <w:bCs/>
        </w:rPr>
        <w:t>חלק ד׳ – 🏁 משחקי סיום</w:t>
      </w:r>
    </w:p>
    <w:p>
      <w:pPr>
        <w:bidi/>
        <w:pStyle w:val="Heading2"/>
        <w:jc w:val="right"/>
      </w:pPr>
      <w:r>
        <w:rPr>
          <w:rFonts w:ascii="Arial" w:hAnsi="Arial" w:cs="Arial"/>
          <w:b/>
          <w:color w:val="6A3FD4"/>
          <w:sz w:val="32"/>
          <w:rtl/>
          <w:szCs w:val="32"/>
          <w:bCs/>
        </w:rPr>
        <w:t>🏆 טריוויה</w:t>
      </w:r>
    </w:p>
    <w:p>
      <w:pPr>
        <w:bidi/>
        <w:jc w:val="right"/>
      </w:pPr>
      <w:r>
        <w:rPr>
          <w:rFonts w:ascii="Arial" w:hAnsi="Arial" w:cs="Arial"/>
          <w:b/>
          <w:sz w:val="28"/>
          <w:rtl/>
          <w:szCs w:val="28"/>
          <w:bCs/>
        </w:rPr>
        <w:t>1. דָּנָה קָנְתָה חֻלְצָה. עַל הַתָּוִית כָּתוּב שֶׁהִיא נִתְפְּרָה בְּאֶרֶץ רְחוֹקָה. מָה אֶפְשָׁר לְהַסִּיק?</w:t>
      </w:r>
    </w:p>
    <w:p>
      <w:pPr>
        <w:bidi/>
        <w:jc w:val="right"/>
      </w:pPr>
      <w:r>
        <w:rPr>
          <w:rFonts w:ascii="Arial" w:hAnsi="Arial" w:cs="Arial"/>
          <w:sz w:val="28"/>
          <w:rtl/>
          <w:szCs w:val="28"/>
        </w:rPr>
        <w:t xml:space="preserve">   ◯ א. הַחֻלְצָה עָבְרָה מַסָּע אָרֹךְ עַד אֵלֵינוּ</w:t>
      </w:r>
    </w:p>
    <w:p>
      <w:pPr>
        <w:bidi/>
        <w:jc w:val="right"/>
      </w:pPr>
      <w:r>
        <w:rPr>
          <w:rFonts w:ascii="Arial" w:hAnsi="Arial" w:cs="Arial"/>
          <w:sz w:val="28"/>
          <w:rtl/>
          <w:szCs w:val="28"/>
        </w:rPr>
        <w:t xml:space="preserve">   ◯ ב. הַחֻלְצָה נִתְפְּרָה בַּחֲנוּת</w:t>
      </w:r>
    </w:p>
    <w:p>
      <w:pPr>
        <w:bidi/>
        <w:jc w:val="right"/>
      </w:pPr>
      <w:r>
        <w:rPr>
          <w:rFonts w:ascii="Arial" w:hAnsi="Arial" w:cs="Arial"/>
          <w:sz w:val="28"/>
          <w:rtl/>
          <w:szCs w:val="28"/>
        </w:rPr>
        <w:t xml:space="preserve">   ◯ ג. אֵין לַחֻלְצָה שׁוּם מַסָּע</w:t>
      </w:r>
    </w:p>
    <w:p>
      <w:pPr>
        <w:bidi/>
        <w:jc w:val="right"/>
      </w:pPr>
      <w:r>
        <w:rPr>
          <w:rFonts w:ascii="Arial" w:hAnsi="Arial" w:cs="Arial"/>
          <w:sz w:val="28"/>
          <w:rtl/>
          <w:szCs w:val="28"/>
        </w:rPr>
        <w:t xml:space="preserve">   ◯ ד. הַחֻלְצָה גָּדְלָה בַּשָּׂדֶה כְּמוֹ שֶׁהִיא</w:t>
      </w:r>
    </w:p>
    <w:p>
      <w:pPr>
        <w:bidi/>
        <w:jc w:val="right"/>
      </w:pPr>
      <w:r>
        <w:rPr>
          <w:rFonts w:ascii="Arial" w:hAnsi="Arial" w:cs="Arial"/>
          <w:b/>
          <w:sz w:val="28"/>
          <w:rtl/>
          <w:szCs w:val="28"/>
          <w:bCs/>
        </w:rPr>
        <w:t>2. לָמָּה רֹב הַסְּחוֹרָה הַכְּבֵדָה נוֹסַעַת בָּאֳנִיָּה וְלֹא בְּמָטוֹס?</w:t>
      </w:r>
    </w:p>
    <w:p>
      <w:pPr>
        <w:bidi/>
        <w:jc w:val="right"/>
      </w:pPr>
      <w:r>
        <w:rPr>
          <w:rFonts w:ascii="Arial" w:hAnsi="Arial" w:cs="Arial"/>
          <w:sz w:val="28"/>
          <w:rtl/>
          <w:szCs w:val="28"/>
        </w:rPr>
        <w:t xml:space="preserve">   ◯ א. כִּי אֳנִיָּה מְהִירָה יוֹתֵר</w:t>
      </w:r>
    </w:p>
    <w:p>
      <w:pPr>
        <w:bidi/>
        <w:jc w:val="right"/>
      </w:pPr>
      <w:r>
        <w:rPr>
          <w:rFonts w:ascii="Arial" w:hAnsi="Arial" w:cs="Arial"/>
          <w:sz w:val="28"/>
          <w:rtl/>
          <w:szCs w:val="28"/>
        </w:rPr>
        <w:t xml:space="preserve">   ◯ ב. כִּי אֳנִיָּה נוֹשֵׂאת הַרְבֵּה וְזֶה זוֹל יוֹתֵר</w:t>
      </w:r>
    </w:p>
    <w:p>
      <w:pPr>
        <w:bidi/>
        <w:jc w:val="right"/>
      </w:pPr>
      <w:r>
        <w:rPr>
          <w:rFonts w:ascii="Arial" w:hAnsi="Arial" w:cs="Arial"/>
          <w:sz w:val="28"/>
          <w:rtl/>
          <w:szCs w:val="28"/>
        </w:rPr>
        <w:t xml:space="preserve">   ◯ ג. כִּי מָטוֹס לֹא יָכוֹל לָטוּס מֵעַל יָם</w:t>
      </w:r>
    </w:p>
    <w:p>
      <w:pPr>
        <w:bidi/>
        <w:jc w:val="right"/>
      </w:pPr>
      <w:r>
        <w:rPr>
          <w:rFonts w:ascii="Arial" w:hAnsi="Arial" w:cs="Arial"/>
          <w:sz w:val="28"/>
          <w:rtl/>
          <w:szCs w:val="28"/>
        </w:rPr>
        <w:t xml:space="preserve">   ◯ ד. כִּי בָּאֳנִיָּה אֵין צֹרֶךְ בַּנָּמֵל</w:t>
      </w:r>
    </w:p>
    <w:p>
      <w:pPr>
        <w:bidi/>
        <w:jc w:val="right"/>
      </w:pPr>
      <w:r>
        <w:rPr>
          <w:rFonts w:ascii="Arial" w:hAnsi="Arial" w:cs="Arial"/>
          <w:b/>
          <w:sz w:val="28"/>
          <w:rtl/>
          <w:szCs w:val="28"/>
          <w:bCs/>
        </w:rPr>
        <w:t>3. אֵיזֶה מֵהַבָּאִים הוּא דֻּגְמָה לִכְפָר עוֹלָמִי?</w:t>
      </w:r>
    </w:p>
    <w:p>
      <w:pPr>
        <w:bidi/>
        <w:jc w:val="right"/>
      </w:pPr>
      <w:r>
        <w:rPr>
          <w:rFonts w:ascii="Arial" w:hAnsi="Arial" w:cs="Arial"/>
          <w:sz w:val="28"/>
          <w:rtl/>
          <w:szCs w:val="28"/>
        </w:rPr>
        <w:t xml:space="preserve">   ◯ א. יֶלֶד מְשַׂחֵק לְבַד בֶּחָצֵר</w:t>
      </w:r>
    </w:p>
    <w:p>
      <w:pPr>
        <w:bidi/>
        <w:jc w:val="right"/>
      </w:pPr>
      <w:r>
        <w:rPr>
          <w:rFonts w:ascii="Arial" w:hAnsi="Arial" w:cs="Arial"/>
          <w:sz w:val="28"/>
          <w:rtl/>
          <w:szCs w:val="28"/>
        </w:rPr>
        <w:t xml:space="preserve">   ◯ ב. סָבְתָא אוֹפָה עוּגָה בַּבַּיִת</w:t>
      </w:r>
    </w:p>
    <w:p>
      <w:pPr>
        <w:bidi/>
        <w:jc w:val="right"/>
      </w:pPr>
      <w:r>
        <w:rPr>
          <w:rFonts w:ascii="Arial" w:hAnsi="Arial" w:cs="Arial"/>
          <w:sz w:val="28"/>
          <w:rtl/>
          <w:szCs w:val="28"/>
        </w:rPr>
        <w:t xml:space="preserve">   ◯ ג. כִּתָּה מְשׂוֹחַחַת בַּמַּחְשֵׁב עִם כִּתָּה בְּאֶרֶץ אַחֶרֶת</w:t>
      </w:r>
    </w:p>
    <w:p>
      <w:pPr>
        <w:bidi/>
        <w:jc w:val="right"/>
      </w:pPr>
      <w:r>
        <w:rPr>
          <w:rFonts w:ascii="Arial" w:hAnsi="Arial" w:cs="Arial"/>
          <w:sz w:val="28"/>
          <w:rtl/>
          <w:szCs w:val="28"/>
        </w:rPr>
        <w:t xml:space="preserve">   ◯ ד. שְׁכֵנִים מְדַבְּרִים בַּמַּדְרֵגוֹת</w:t>
      </w:r>
    </w:p>
    <w:p>
      <w:pPr>
        <w:bidi/>
        <w:jc w:val="right"/>
      </w:pPr>
      <w:r>
        <w:rPr>
          <w:rFonts w:ascii="Arial" w:hAnsi="Arial" w:cs="Arial"/>
          <w:b/>
          <w:sz w:val="28"/>
          <w:rtl/>
          <w:szCs w:val="28"/>
          <w:bCs/>
        </w:rPr>
        <w:t>4. מָה יָכוֹל לִקְרוֹת לְתַרְבּוּת מְקוֹמִית כְּשֶׁמַּגִּיעִים הַרְבֵּה מוּצָרִים מִבַּחוּץ?</w:t>
      </w:r>
    </w:p>
    <w:p>
      <w:pPr>
        <w:bidi/>
        <w:jc w:val="right"/>
      </w:pPr>
      <w:r>
        <w:rPr>
          <w:rFonts w:ascii="Arial" w:hAnsi="Arial" w:cs="Arial"/>
          <w:sz w:val="28"/>
          <w:rtl/>
          <w:szCs w:val="28"/>
        </w:rPr>
        <w:t xml:space="preserve">   ◯ א. הִיא תָּמִיד נֶעֱלֶמֶת מִיָּד</w:t>
      </w:r>
    </w:p>
    <w:p>
      <w:pPr>
        <w:bidi/>
        <w:jc w:val="right"/>
      </w:pPr>
      <w:r>
        <w:rPr>
          <w:rFonts w:ascii="Arial" w:hAnsi="Arial" w:cs="Arial"/>
          <w:sz w:val="28"/>
          <w:rtl/>
          <w:szCs w:val="28"/>
        </w:rPr>
        <w:t xml:space="preserve">   ◯ ב. שׁוּם דָּבָר לֹא מִשְׁתַּנֶּה לְעוֹלָם</w:t>
      </w:r>
    </w:p>
    <w:p>
      <w:pPr>
        <w:bidi/>
        <w:jc w:val="right"/>
      </w:pPr>
      <w:r>
        <w:rPr>
          <w:rFonts w:ascii="Arial" w:hAnsi="Arial" w:cs="Arial"/>
          <w:sz w:val="28"/>
          <w:rtl/>
          <w:szCs w:val="28"/>
        </w:rPr>
        <w:t xml:space="preserve">   ◯ ג. הִיא נַעֲשֵׂית אֲסוּרָה</w:t>
      </w:r>
    </w:p>
    <w:p>
      <w:pPr>
        <w:bidi/>
        <w:jc w:val="right"/>
      </w:pPr>
      <w:r>
        <w:rPr>
          <w:rFonts w:ascii="Arial" w:hAnsi="Arial" w:cs="Arial"/>
          <w:sz w:val="28"/>
          <w:rtl/>
          <w:szCs w:val="28"/>
        </w:rPr>
        <w:t xml:space="preserve">   ◯ ד. הִיא יְכוֹלָה לְהִשְׁתַּנּוֹת, וּכְדַאי לִשְׁמֹר עָלֶיהָ</w:t>
      </w:r>
    </w:p>
    <w:p>
      <w:pPr>
        <w:bidi/>
        <w:jc w:val="right"/>
      </w:pPr>
      <w:r>
        <w:rPr>
          <w:rFonts w:ascii="Arial" w:hAnsi="Arial" w:cs="Arial"/>
          <w:b/>
          <w:sz w:val="28"/>
          <w:rtl/>
          <w:szCs w:val="28"/>
          <w:bCs/>
        </w:rPr>
        <w:t>5. אֳנִיָּה צְרִיכָה לַעֲבֹר מֵהַיָּם הַתִּיכוֹן אֶל יַם סוּף בְּדֶרֶךְ קְצָרָה. בְּמָה הִיא תִּשְׁתַּמֵּשׁ?</w:t>
      </w:r>
    </w:p>
    <w:p>
      <w:pPr>
        <w:bidi/>
        <w:jc w:val="right"/>
      </w:pPr>
      <w:r>
        <w:rPr>
          <w:rFonts w:ascii="Arial" w:hAnsi="Arial" w:cs="Arial"/>
          <w:sz w:val="28"/>
          <w:rtl/>
          <w:szCs w:val="28"/>
        </w:rPr>
        <w:t xml:space="preserve">   ◯ א. בִּתְעָלַת סוּאֵץ</w:t>
      </w:r>
    </w:p>
    <w:p>
      <w:pPr>
        <w:bidi/>
        <w:jc w:val="right"/>
      </w:pPr>
      <w:r>
        <w:rPr>
          <w:rFonts w:ascii="Arial" w:hAnsi="Arial" w:cs="Arial"/>
          <w:sz w:val="28"/>
          <w:rtl/>
          <w:szCs w:val="28"/>
        </w:rPr>
        <w:t xml:space="preserve">   ◯ ב. בְּמַעֲבַר חֲצִיָּה</w:t>
      </w:r>
    </w:p>
    <w:p>
      <w:pPr>
        <w:bidi/>
        <w:jc w:val="right"/>
      </w:pPr>
      <w:r>
        <w:rPr>
          <w:rFonts w:ascii="Arial" w:hAnsi="Arial" w:cs="Arial"/>
          <w:sz w:val="28"/>
          <w:rtl/>
          <w:szCs w:val="28"/>
        </w:rPr>
        <w:t xml:space="preserve">   ◯ ג. בְּגֶשֶׁר רַכֶּבֶת</w:t>
      </w:r>
    </w:p>
    <w:p>
      <w:pPr>
        <w:bidi/>
        <w:jc w:val="right"/>
      </w:pPr>
      <w:r>
        <w:rPr>
          <w:rFonts w:ascii="Arial" w:hAnsi="Arial" w:cs="Arial"/>
          <w:sz w:val="28"/>
          <w:rtl/>
          <w:szCs w:val="28"/>
        </w:rPr>
        <w:t xml:space="preserve">   ◯ ד. בַּמִּנְהָרָה בַּיַּבָּשָׁה</w:t>
      </w:r>
    </w:p>
    <w:p>
      <w:pPr>
        <w:bidi/>
        <w:jc w:val="right"/>
      </w:pPr>
      <w:r>
        <w:rPr>
          <w:rFonts w:ascii="Arial" w:hAnsi="Arial" w:cs="Arial"/>
          <w:b/>
          <w:sz w:val="28"/>
          <w:rtl/>
          <w:szCs w:val="28"/>
          <w:bCs/>
        </w:rPr>
        <w:t>6. מָה הַקֶּשֶׁר בֵּין שְׂדֵה כֻּתְנָה לְבֵין הַחֻלְצָה שֶׁלִּי?</w:t>
      </w:r>
    </w:p>
    <w:p>
      <w:pPr>
        <w:bidi/>
        <w:jc w:val="right"/>
      </w:pPr>
      <w:r>
        <w:rPr>
          <w:rFonts w:ascii="Arial" w:hAnsi="Arial" w:cs="Arial"/>
          <w:sz w:val="28"/>
          <w:rtl/>
          <w:szCs w:val="28"/>
        </w:rPr>
        <w:t xml:space="preserve">   ◯ א. אֵין שׁוּם קֶשֶׁר</w:t>
      </w:r>
    </w:p>
    <w:p>
      <w:pPr>
        <w:bidi/>
        <w:jc w:val="right"/>
      </w:pPr>
      <w:r>
        <w:rPr>
          <w:rFonts w:ascii="Arial" w:hAnsi="Arial" w:cs="Arial"/>
          <w:sz w:val="28"/>
          <w:rtl/>
          <w:szCs w:val="28"/>
        </w:rPr>
        <w:t xml:space="preserve">   ◯ ב. הַשָּׂדֶה הוּא חֻלְיָה רִאשׁוֹנָה בְּשַׁרְשֶׁרֶת הָאַסְפָּקָה</w:t>
      </w:r>
    </w:p>
    <w:p>
      <w:pPr>
        <w:bidi/>
        <w:jc w:val="right"/>
      </w:pPr>
      <w:r>
        <w:rPr>
          <w:rFonts w:ascii="Arial" w:hAnsi="Arial" w:cs="Arial"/>
          <w:sz w:val="28"/>
          <w:rtl/>
          <w:szCs w:val="28"/>
        </w:rPr>
        <w:t xml:space="preserve">   ◯ ג. הַחֻלְצָה גָּדְלָה עַל עֵץ</w:t>
      </w:r>
    </w:p>
    <w:p>
      <w:pPr>
        <w:bidi/>
        <w:jc w:val="right"/>
      </w:pPr>
      <w:r>
        <w:rPr>
          <w:rFonts w:ascii="Arial" w:hAnsi="Arial" w:cs="Arial"/>
          <w:sz w:val="28"/>
          <w:rtl/>
          <w:szCs w:val="28"/>
        </w:rPr>
        <w:t xml:space="preserve">   ◯ ד. הַשָּׂדֶה נִמְצָא בְּתוֹךְ הַחֲנוּת</w:t>
      </w:r>
    </w:p>
    <w:p>
      <w:pPr>
        <w:bidi/>
        <w:pStyle w:val="Heading2"/>
        <w:jc w:val="right"/>
      </w:pPr>
      <w:r>
        <w:rPr>
          <w:rFonts w:ascii="Arial" w:hAnsi="Arial" w:cs="Arial"/>
          <w:b/>
          <w:color w:val="6A3FD4"/>
          <w:sz w:val="32"/>
          <w:rtl/>
          <w:szCs w:val="32"/>
          <w:bCs/>
        </w:rPr>
        <w:t>⚡ נכון / לא נכון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6"/>
                <w:rtl/>
                <w:szCs w:val="26"/>
                <w:bCs/>
              </w:rPr>
              <w:t>היגד</w:t>
            </w:r>
          </w:p>
        </w:tc>
        <w:tc>
          <w:tcPr>
            <w:tcW w:type="dxa" w:w="3475"/>
            <w:shd w:val="clear" w:fill="E5DBFF"/>
          </w:tcPr>
          <w:p>
            <w:pPr>
              <w:bidi/>
              <w:jc w:val="right"/>
            </w:pPr>
            <w:r>
              <w:rPr>
                <w:rFonts w:ascii="Arial" w:hAnsi="Arial" w:cs="Arial"/>
                <w:b/>
                <w:sz w:val="26"/>
                <w:rtl/>
                <w:szCs w:val="26"/>
                <w:bCs/>
              </w:rPr>
              <w:t>נכון</w:t>
            </w:r>
          </w:p>
        </w:tc>
        <w:tc>
          <w:tcPr>
            <w:tcW w:type="dxa" w:w="3475"/>
            <w:shd w:val="clear" w:fill="E5DBFF"/>
          </w:tcPr>
          <w:p>
            <w:pPr>
              <w:bidi/>
              <w:jc w:val="right"/>
            </w:pPr>
            <w:r>
              <w:rPr>
                <w:rFonts w:ascii="Arial" w:hAnsi="Arial" w:cs="Arial"/>
                <w:b/>
                <w:sz w:val="26"/>
                <w:rtl/>
                <w:szCs w:val="26"/>
                <w:bCs/>
              </w:rPr>
              <w:t>לא נכון</w:t>
            </w:r>
          </w:p>
        </w:tc>
      </w:tr>
      <w:tr>
        <w:tc>
          <w:tcPr>
            <w:tcW w:type="dxa" w:w="3475"/>
          </w:tcPr>
          <w:p>
            <w:pPr>
              <w:bidi/>
              <w:jc w:val="right"/>
            </w:pPr>
            <w:r>
              <w:rPr>
                <w:rFonts w:ascii="Arial" w:hAnsi="Arial" w:cs="Arial"/>
                <w:sz w:val="26"/>
                <w:rtl/>
                <w:szCs w:val="26"/>
              </w:rPr>
              <w:t>כְּפָר עוֹלָמִי הוּא כְּפָר קָטָן שֶׁנִּמְצָא בְּאֶמְצַע אוֹקְיָנוּס.</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רֹב הַסְּחוֹרוֹת שֶׁעוֹבְרוֹת בֵּין אֲרָצוֹת רְחוֹקוֹת נוֹסְעוֹת בָּאֳנִיּוֹת.</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מָטוֹס מוֹבִיל סְחוֹרָה מַהֵר יוֹתֵר מֵאֳנִיָּה.</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חֻלְצָה נוֹלֶדֶת תָּמִיד בַּחֲנוּת שֶׁבָּהּ קוֹנִים אוֹתָהּ.</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תְּעָלָה עוֹזֶרֶת לָאֳנִיּוֹת לְקַצֵּר אֶת הַדֶּרֶךְ.</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יְצוּא פֵּרוּשׁוֹ לְהָבִיא סְחוֹרָה לָאָרֶץ שֶׁלָּנוּ.</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בִּזְכוּת הָאִינְטֶרְנֵט אֶפְשָׁר לְשׂוֹחֵחַ עִם חֲבֵרִים בְּאֶרֶץ אַחֶרֶת.</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לַגְּלוֹבָּלִיזַצְיָה יֵשׁ רַק יִתְרוֹנוֹת וְאֵין לָהּ שׁוּם חֶסְרוֹנוֹת.</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כֻּתְנָה הִיא צֶמַח שֶׁמִּמֶּנּוּ מְכִינִים בַּדִּים.</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כְּשֶׁכֻּלָּם שׁוֹמְעִים אוֹתָם שִׁירִים, הַתַּרְבּוּת הַמְּקוֹמִית תָּמִיד מִתְחַזֶּקֶת.</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bl>
    <w:p>
      <w:pPr>
        <w:bidi/>
        <w:jc w:val="right"/>
      </w:pPr>
    </w:p>
    <w:p>
      <w:pPr>
        <w:bidi/>
        <w:pStyle w:val="Heading2"/>
        <w:jc w:val="right"/>
      </w:pPr>
      <w:r>
        <w:rPr>
          <w:rFonts w:ascii="Arial" w:hAnsi="Arial" w:cs="Arial"/>
          <w:b/>
          <w:color w:val="6A3FD4"/>
          <w:sz w:val="32"/>
          <w:rtl/>
          <w:szCs w:val="32"/>
          <w:bCs/>
        </w:rPr>
        <w:t>🧱 מחסן מילים</w:t>
      </w:r>
    </w:p>
    <w:p>
      <w:pPr>
        <w:bidi/>
        <w:jc w:val="right"/>
      </w:pPr>
      <w:r>
        <w:rPr>
          <w:rFonts w:ascii="Arial" w:hAnsi="Arial" w:cs="Arial"/>
          <w:sz w:val="28"/>
          <w:rtl/>
          <w:szCs w:val="28"/>
        </w:rPr>
        <w:t>מחסן: אַחַר כָּךְ · וְגַם · בַּהַתְחָלָה · לָכֵן · כִּי · עַכְשָׁו · אֲבָל</w:t>
      </w:r>
    </w:p>
    <w:p>
      <w:pPr>
        <w:bidi/>
        <w:jc w:val="right"/>
      </w:pPr>
      <w:r>
        <w:rPr>
          <w:rFonts w:ascii="Arial" w:hAnsi="Arial" w:cs="Arial"/>
          <w:b/>
          <w:color w:val="6A3FD4"/>
          <w:sz w:val="26"/>
          <w:rtl/>
          <w:szCs w:val="26"/>
          <w:bCs/>
        </w:rPr>
        <w:t>▌ השלימו</w:t>
      </w:r>
    </w:p>
    <w:p>
      <w:pPr>
        <w:bidi/>
        <w:jc w:val="right"/>
      </w:pPr>
      <w:r>
        <w:rPr>
          <w:rFonts w:ascii="Arial" w:hAnsi="Arial" w:cs="Arial"/>
          <w:sz w:val="28"/>
          <w:rtl/>
          <w:szCs w:val="28"/>
        </w:rPr>
        <w:t>הַחֻלְצָה שֶׁלִּי עָבְרָה מַסָּע אָרֹךְ. (1)________ גָּדְלָה כֻּתְנָה בַּשָּׂדֶה. (2)________ טָווּ מִמֶּנָּה חוּטִים וְתָפְרוּ חֻלְצָה. הַחֻלְצָה נָסְעָה בָּאֳנִיָּה, (3)________ זוֹ הַדֶּרֶךְ הַזּוֹלָה בְּיוֹתֵר. הַדֶּרֶךְ אָרְכָה שָׁבוּעוֹת, (4)________ הַחֻלְצָה הִגִּיעָה בְּשָׁלוֹם. (5)________ אֲנִי לוֹבֵשׁ אוֹתָהּ וְנִזְכָּר בַּמַּסָּע שֶׁלָּהּ.</w:t>
      </w:r>
    </w:p>
    <w:p>
      <w:pPr>
        <w:bidi/>
        <w:pStyle w:val="Heading2"/>
        <w:jc w:val="right"/>
      </w:pPr>
      <w:r>
        <w:rPr>
          <w:rFonts w:ascii="Arial" w:hAnsi="Arial" w:cs="Arial"/>
          <w:b/>
          <w:color w:val="6A3FD4"/>
          <w:sz w:val="32"/>
          <w:rtl/>
          <w:szCs w:val="32"/>
          <w:bCs/>
        </w:rPr>
        <w:t>🔎 בלש הניסוח</w:t>
      </w:r>
    </w:p>
    <w:p>
      <w:pPr>
        <w:bidi/>
        <w:jc w:val="right"/>
      </w:pPr>
      <w:r>
        <w:rPr>
          <w:rFonts w:ascii="Arial" w:hAnsi="Arial" w:cs="Arial"/>
          <w:sz w:val="28"/>
          <w:rtl/>
          <w:szCs w:val="28"/>
        </w:rPr>
        <w:t>בטקסט 5 שגיאות. הקיפו אותן וכתבו תיקון:</w:t>
      </w:r>
    </w:p>
    <w:p>
      <w:pPr>
        <w:bidi/>
        <w:jc w:val="right"/>
      </w:pPr>
      <w:r>
        <w:rPr>
          <w:rFonts w:ascii="Arial" w:hAnsi="Arial" w:cs="Arial"/>
          <w:b/>
          <w:color w:val="6A3FD4"/>
          <w:sz w:val="26"/>
          <w:rtl/>
          <w:szCs w:val="26"/>
          <w:bCs/>
        </w:rPr>
        <w:t>▌ הטקסט</w:t>
      </w:r>
    </w:p>
    <w:p>
      <w:pPr>
        <w:bidi/>
        <w:jc w:val="right"/>
      </w:pPr>
      <w:r>
        <w:rPr>
          <w:rFonts w:ascii="Arial" w:hAnsi="Arial" w:cs="Arial"/>
          <w:sz w:val="28"/>
          <w:rtl/>
          <w:szCs w:val="28"/>
        </w:rPr>
        <w:t>בַּבֹּקֶר הָלַכְנוּ לָה-נְמַל. רָאִינוּ מְכוּלוֹת גָּדוֹל עוֹלוֹת עַל אֳנִיָּה. הָאֳנִיָּה הַגָּדוֹל יָצְאָה לְדֶרֶךְ אֲרֻכָּה. הַמַּדְרִיכָה סִפְּרָה שֶׁהַסְּחוֹרָה תַּגִּיעַ בָּהּ-שָׁבוּעַ הַבָּא. הַיְּלָדִים שִׂמְחָה וְצִלְּמוּ אֶת הַמְּנוֹפִים.</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קלפי זיכרון – גזרו והתאימו מושג להגדרה</w:t>
      </w:r>
    </w:p>
    <w:tbl>
      <w:tblPr>
        <w:tblW w:type="auto" w:w="0"/>
        <w:tblLook w:firstColumn="1" w:firstRow="1" w:lastColumn="0" w:lastRow="0" w:noHBand="0" w:noVBand="1" w:val="04A0"/>
        <w:bidiVisual/>
        <w:tblBorders>
          <w:top w:val="dashed" w:sz="8" w:color="888888"/>
          <w:left w:val="dashed" w:sz="8" w:color="888888"/>
          <w:bottom w:val="dashed" w:sz="8" w:color="888888"/>
          <w:right w:val="dashed" w:sz="8" w:color="888888"/>
          <w:insideH w:val="dashed" w:sz="8" w:color="888888"/>
          <w:insideV w:val="dashed" w:sz="8" w:color="888888"/>
        </w:tblBorders>
      </w:tblPr>
      <w:tblGrid>
        <w:gridCol w:w="3475"/>
        <w:gridCol w:w="3475"/>
        <w:gridCol w:w="3475"/>
      </w:tblGrid>
      <w:tr>
        <w:tc>
          <w:tcPr>
            <w:tcW w:type="dxa" w:w="3213"/>
          </w:tcPr>
          <w:p>
            <w:pPr>
              <w:bidi/>
              <w:jc w:val="center"/>
            </w:pPr>
            <w:r>
              <w:rPr>
                <w:rFonts w:ascii="Arial" w:hAnsi="Arial" w:cs="Arial"/>
                <w:sz w:val="44"/>
                <w:rtl/>
                <w:szCs w:val="44"/>
              </w:rPr>
              <w:t>🌍</w:t>
            </w:r>
          </w:p>
          <w:p>
            <w:pPr>
              <w:bidi/>
              <w:jc w:val="center"/>
            </w:pPr>
            <w:r>
              <w:rPr>
                <w:rFonts w:ascii="Arial" w:hAnsi="Arial" w:cs="Arial"/>
                <w:b/>
                <w:color w:val="E8590C"/>
                <w:sz w:val="24"/>
                <w:rtl/>
                <w:szCs w:val="24"/>
                <w:bCs/>
              </w:rPr>
              <w:t>כְּפָר עוֹלָמִי</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7048E8"/>
                <w:sz w:val="24"/>
                <w:rtl/>
                <w:szCs w:val="24"/>
                <w:bCs/>
              </w:rPr>
              <w:t>גְּלוֹבָּלִיזַצְיָה</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1C7ED6"/>
                <w:sz w:val="24"/>
                <w:rtl/>
                <w:szCs w:val="24"/>
                <w:bCs/>
              </w:rPr>
              <w:t>מְכוּלָה</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2B8A3E"/>
                <w:sz w:val="24"/>
                <w:rtl/>
                <w:szCs w:val="24"/>
                <w:bCs/>
              </w:rPr>
              <w:t>נָמֵל</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C2255C"/>
                <w:sz w:val="24"/>
                <w:rtl/>
                <w:szCs w:val="24"/>
                <w:bCs/>
              </w:rPr>
              <w:t>שַׁרְשֶׁרֶת אַסְפָּקָה</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F08C00"/>
                <w:sz w:val="24"/>
                <w:rtl/>
                <w:szCs w:val="24"/>
                <w:bCs/>
              </w:rPr>
              <w:t>יָבוֹא</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הָעוֹלָם נַעֲשָׂה קָרוֹב, כְּמוֹ כְּפָר אֶחָד גָּדוֹל.</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חִבּוּר הוֹלֵךְ וְגָדֵל בֵּין מְדִינוֹת וַאֲנָשִׁים בְּכָל הָעוֹלָם.</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אַרְגַּז מַתֶּכֶת עֲנָק שֶׁמַּעֲבִירִים בּוֹ סְחוֹרָה.</w:t>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מָקוֹם עַל חוֹף הַיָּם שֶׁבּוֹ אֳנִיּוֹת עוֹגְנוֹת וּפוֹרְקוֹת סְחוֹרָה.</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כָּל הַשְּׁלַבִּים שֶׁמּוּצָר עוֹבֵר מֵהַחֹמֶר הַגָּלְמִי וְעַד אֵלֵינוּ.</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הֵבֵאתָ סְחוֹרָה מֵאֶרֶץ אַחֶרֶת אֶל הָאָרֶץ שֶׁלָּנוּ.</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8"/>
          <w:rtl/>
          <w:szCs w:val="28"/>
        </w:rPr>
        <w:t>משהו אחד שלמדתי היום: ______________________</w:t>
      </w:r>
    </w:p>
    <w:p>
      <w:pPr>
        <w:bidi/>
        <w:jc w:val="right"/>
      </w:pPr>
      <w:r>
        <w:rPr>
          <w:rFonts w:ascii="Arial" w:hAnsi="Arial" w:cs="Arial"/>
          <w:sz w:val="28"/>
          <w:rtl/>
          <w:szCs w:val="28"/>
        </w:rPr>
        <w:t>שאלה שנשארה לי: 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גלובליזציה – כפר עולמי · יסודי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